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14"/>
        <w:gridCol w:w="8504"/>
      </w:tblGrid>
      <w:tr>
        <w:tc>
          <w:tcPr>
            <w:tcW w:type="dxa" w:w="1814"/>
            <w:vAlign w:val="top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</w:tcPr>
          <w:p>
            <w:pPr>
              <w:spacing w:before="120" w:after="0" w:line="240" w:lineRule="auto"/>
              <w:jc w:val="center"/>
            </w:pPr>
            <w:r>
              <w:rPr>
                <w:rFonts w:ascii="Arial" w:hAnsi="Arial" w:eastAsia="Arial"/>
                <w:b/>
                <w:sz w:val="19"/>
              </w:rPr>
              <w:t>Извещение</w:t>
            </w:r>
          </w:p>
          <w:p>
            <w:pPr>
              <w:spacing w:before="236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6"/>
              </w:rPr>
              <w:t>Кассир</w:t>
            </w:r>
          </w:p>
        </w:tc>
        <w:tc>
          <w:tcPr>
            <w:tcW w:type="dxa" w:w="8504"/>
            <w:vAlign w:val="top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</w:tcPr>
          <w:p>
            <w:pPr>
              <w:tabs>
                <w:tab w:pos="8050" w:val="right" w:leader="underscore"/>
              </w:tabs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Получатель платежа: </w:t>
              <w:tab/>
            </w:r>
            <w:r>
              <w:rPr>
                <w:rFonts w:ascii="Arial" w:hAnsi="Arial" w:eastAsia="Arial"/>
                <w:b w:val="0"/>
                <w:color w:val="FFFFFF"/>
                <w:sz w:val="16"/>
              </w:rPr>
              <w:t>.</w:t>
            </w:r>
          </w:p>
          <w:p>
            <w:pPr>
              <w:tabs>
                <w:tab w:pos="4876" w:val="center"/>
              </w:tabs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555555"/>
                <w:sz w:val="11"/>
              </w:rPr>
              <w:tab/>
              <w:t>(наименование получателя платежа)</w:t>
            </w:r>
          </w:p>
          <w:p>
            <w:pPr>
              <w:tabs>
                <w:tab w:pos="3685" w:val="left" w:leader="underscore"/>
                <w:tab w:pos="8050" w:val="right" w:leader="underscore"/>
              </w:tabs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ИНН </w:t>
              <w:tab/>
            </w:r>
            <w:r>
              <w:rPr>
                <w:rFonts w:ascii="Arial" w:hAnsi="Arial" w:eastAsia="Arial"/>
                <w:b w:val="0"/>
                <w:sz w:val="16"/>
              </w:rPr>
              <w:t xml:space="preserve"> КПП </w:t>
              <w:tab/>
            </w:r>
            <w:r>
              <w:rPr>
                <w:rFonts w:ascii="Arial" w:hAnsi="Arial" w:eastAsia="Arial"/>
                <w:b w:val="0"/>
                <w:color w:val="FFFFFF"/>
                <w:sz w:val="16"/>
              </w:rPr>
              <w:t>.</w:t>
            </w:r>
          </w:p>
          <w:p>
            <w:pPr>
              <w:tabs>
                <w:tab w:pos="2069" w:val="center"/>
              </w:tabs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555555"/>
                <w:sz w:val="11"/>
              </w:rPr>
              <w:tab/>
              <w:t>(ИНН получателя платежа)</w:t>
            </w:r>
          </w:p>
          <w:p>
            <w:pPr>
              <w:tabs>
                <w:tab w:pos="8050" w:val="right" w:leader="underscore"/>
              </w:tabs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Р/с </w:t>
              <w:tab/>
            </w:r>
            <w:r>
              <w:rPr>
                <w:rFonts w:ascii="Arial" w:hAnsi="Arial" w:eastAsia="Arial"/>
                <w:b w:val="0"/>
                <w:color w:val="FFFFFF"/>
                <w:sz w:val="16"/>
              </w:rPr>
              <w:t>.</w:t>
            </w:r>
          </w:p>
          <w:p>
            <w:pPr>
              <w:tabs>
                <w:tab w:pos="4195" w:val="center"/>
              </w:tabs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555555"/>
                <w:sz w:val="11"/>
              </w:rPr>
              <w:tab/>
              <w:t>(номер счета получателя платежа)</w:t>
            </w:r>
          </w:p>
          <w:p>
            <w:pPr>
              <w:tabs>
                <w:tab w:pos="8050" w:val="right" w:leader="underscore"/>
              </w:tabs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в </w:t>
              <w:tab/>
            </w:r>
            <w:r>
              <w:rPr>
                <w:rFonts w:ascii="Arial" w:hAnsi="Arial" w:eastAsia="Arial"/>
                <w:b w:val="0"/>
                <w:color w:val="FFFFFF"/>
                <w:sz w:val="16"/>
              </w:rPr>
              <w:t>.</w:t>
            </w:r>
          </w:p>
          <w:p>
            <w:pPr>
              <w:tabs>
                <w:tab w:pos="4139" w:val="center"/>
              </w:tabs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555555"/>
                <w:sz w:val="11"/>
              </w:rPr>
              <w:tab/>
              <w:t>(наименование банка получателя платежа)</w:t>
            </w:r>
          </w:p>
          <w:p>
            <w:pPr>
              <w:tabs>
                <w:tab w:pos="2835" w:val="left" w:leader="underscore"/>
                <w:tab w:pos="8050" w:val="right" w:leader="underscore"/>
              </w:tabs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БИК </w:t>
              <w:tab/>
            </w:r>
            <w:r>
              <w:rPr>
                <w:rFonts w:ascii="Arial" w:hAnsi="Arial" w:eastAsia="Arial"/>
                <w:b w:val="0"/>
                <w:sz w:val="16"/>
              </w:rPr>
              <w:t xml:space="preserve"> Корр. счет </w:t>
              <w:tab/>
            </w:r>
            <w:r>
              <w:rPr>
                <w:rFonts w:ascii="Arial" w:hAnsi="Arial" w:eastAsia="Arial"/>
                <w:b w:val="0"/>
                <w:color w:val="FFFFFF"/>
                <w:sz w:val="16"/>
              </w:rPr>
              <w:t>.</w:t>
            </w:r>
          </w:p>
          <w:p>
            <w:pPr>
              <w:tabs>
                <w:tab w:pos="6009" w:val="center"/>
              </w:tabs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555555"/>
                <w:sz w:val="11"/>
              </w:rPr>
              <w:tab/>
              <w:t>(номер кор./сч. банка получателя платежа)</w:t>
            </w:r>
          </w:p>
          <w:p>
            <w:pPr>
              <w:tabs>
                <w:tab w:pos="5102" w:val="left" w:leader="underscore"/>
                <w:tab w:pos="8050" w:val="right" w:leader="underscore"/>
              </w:tabs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Назначение платежа: </w:t>
              <w:tab/>
            </w:r>
            <w:r>
              <w:rPr>
                <w:rFonts w:ascii="Arial" w:hAnsi="Arial" w:eastAsia="Arial"/>
                <w:b w:val="0"/>
                <w:sz w:val="16"/>
              </w:rPr>
              <w:t xml:space="preserve"> Л/с </w:t>
              <w:tab/>
            </w:r>
            <w:r>
              <w:rPr>
                <w:rFonts w:ascii="Arial" w:hAnsi="Arial" w:eastAsia="Arial"/>
                <w:b w:val="0"/>
                <w:color w:val="FFFFFF"/>
                <w:sz w:val="16"/>
              </w:rPr>
              <w:t>.</w:t>
            </w:r>
          </w:p>
          <w:p>
            <w:pPr>
              <w:tabs>
                <w:tab w:pos="3458" w:val="center"/>
                <w:tab w:pos="6803" w:val="center"/>
              </w:tabs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555555"/>
                <w:sz w:val="11"/>
              </w:rPr>
              <w:tab/>
              <w:t>(наименование платежа)</w:t>
              <w:tab/>
              <w:t>(номер лицевого счета (код) плательщика)</w:t>
            </w:r>
          </w:p>
          <w:p>
            <w:pPr>
              <w:tabs>
                <w:tab w:pos="8050" w:val="right" w:leader="underscore"/>
              </w:tabs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Ф.И.О. плательщика </w:t>
              <w:tab/>
            </w:r>
            <w:r>
              <w:rPr>
                <w:rFonts w:ascii="Arial" w:hAnsi="Arial" w:eastAsia="Arial"/>
                <w:b w:val="0"/>
                <w:color w:val="FFFFFF"/>
                <w:sz w:val="16"/>
              </w:rPr>
              <w:t>.</w:t>
            </w:r>
          </w:p>
          <w:p>
            <w:pPr>
              <w:tabs>
                <w:tab w:pos="8050" w:val="right" w:leader="underscore"/>
              </w:tabs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Адрес плательщика </w:t>
              <w:tab/>
            </w:r>
            <w:r>
              <w:rPr>
                <w:rFonts w:ascii="Arial" w:hAnsi="Arial" w:eastAsia="Arial"/>
                <w:b w:val="0"/>
                <w:color w:val="FFFFFF"/>
                <w:sz w:val="16"/>
              </w:rPr>
              <w:t>.</w:t>
            </w:r>
          </w:p>
          <w:p>
            <w:pPr>
              <w:tabs>
                <w:tab w:pos="2268" w:val="left" w:leader="underscore"/>
                <w:tab w:pos="2948" w:val="left" w:leader="underscore"/>
                <w:tab w:pos="6576" w:val="left" w:leader="underscore"/>
                <w:tab w:pos="7257" w:val="left" w:leader="underscore"/>
              </w:tabs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Сумма платежа </w:t>
              <w:tab/>
            </w:r>
            <w:r>
              <w:rPr>
                <w:rFonts w:ascii="Arial" w:hAnsi="Arial" w:eastAsia="Arial"/>
                <w:b w:val="0"/>
                <w:sz w:val="16"/>
              </w:rPr>
              <w:t xml:space="preserve"> руб. </w:t>
              <w:tab/>
            </w:r>
            <w:r>
              <w:rPr>
                <w:rFonts w:ascii="Arial" w:hAnsi="Arial" w:eastAsia="Arial"/>
                <w:b w:val="0"/>
                <w:sz w:val="16"/>
              </w:rPr>
              <w:t xml:space="preserve"> коп.</w:t>
            </w:r>
            <w:r>
              <w:rPr>
                <w:rFonts w:ascii="Arial" w:hAnsi="Arial" w:eastAsia="Arial"/>
                <w:b w:val="0"/>
                <w:sz w:val="16"/>
              </w:rPr>
              <w:t xml:space="preserve">    Сумма платы за услуги </w:t>
              <w:tab/>
            </w:r>
            <w:r>
              <w:rPr>
                <w:rFonts w:ascii="Arial" w:hAnsi="Arial" w:eastAsia="Arial"/>
                <w:b w:val="0"/>
                <w:sz w:val="16"/>
              </w:rPr>
              <w:t xml:space="preserve"> руб. </w:t>
              <w:tab/>
            </w:r>
            <w:r>
              <w:rPr>
                <w:rFonts w:ascii="Arial" w:hAnsi="Arial" w:eastAsia="Arial"/>
                <w:b w:val="0"/>
                <w:sz w:val="16"/>
              </w:rPr>
              <w:t xml:space="preserve"> коп.</w:t>
            </w:r>
          </w:p>
          <w:p>
            <w:pPr>
              <w:tabs>
                <w:tab w:pos="1361" w:val="left" w:leader="underscore"/>
                <w:tab w:pos="2041" w:val="left" w:leader="underscore"/>
              </w:tabs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Итого </w:t>
              <w:tab/>
            </w:r>
            <w:r>
              <w:rPr>
                <w:rFonts w:ascii="Arial" w:hAnsi="Arial" w:eastAsia="Arial"/>
                <w:b w:val="0"/>
                <w:sz w:val="16"/>
              </w:rPr>
              <w:t xml:space="preserve"> руб. </w:t>
              <w:tab/>
            </w:r>
            <w:r>
              <w:rPr>
                <w:rFonts w:ascii="Arial" w:hAnsi="Arial" w:eastAsia="Arial"/>
                <w:b w:val="0"/>
                <w:sz w:val="16"/>
              </w:rPr>
              <w:t xml:space="preserve"> коп.</w:t>
            </w:r>
            <w:r>
              <w:rPr>
                <w:rFonts w:ascii="Arial" w:hAnsi="Arial" w:eastAsia="Arial"/>
                <w:b w:val="0"/>
                <w:sz w:val="16"/>
              </w:rPr>
              <w:t xml:space="preserve">         Дата «___» ______________ 20___ г.</w:t>
            </w:r>
          </w:p>
          <w:p>
            <w:pPr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2"/>
              </w:rPr>
              <w:t>С условиями приема указанной в платежном документе суммы, в т.ч. с суммой взимаемой платы за услуги банка, ознакомлен и согласен.</w:t>
            </w:r>
          </w:p>
          <w:p>
            <w:pPr>
              <w:tabs>
                <w:tab w:pos="4535" w:val="right" w:leader="underscore"/>
              </w:tabs>
              <w:spacing w:before="50" w:after="8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Подпись плательщика </w:t>
              <w:tab/>
            </w:r>
            <w:r>
              <w:rPr>
                <w:rFonts w:ascii="Arial" w:hAnsi="Arial" w:eastAsia="Arial"/>
                <w:b w:val="0"/>
                <w:color w:val="FFFFFF"/>
                <w:sz w:val="16"/>
              </w:rPr>
              <w:t>.</w:t>
            </w:r>
          </w:p>
        </w:tc>
      </w:tr>
      <w:tr>
        <w:tc>
          <w:tcPr>
            <w:tcW w:type="dxa" w:w="1814"/>
            <w:vAlign w:val="top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</w:tcPr>
          <w:p>
            <w:pPr>
              <w:spacing w:before="120" w:after="0" w:line="240" w:lineRule="auto"/>
              <w:jc w:val="center"/>
            </w:pPr>
            <w:r>
              <w:rPr>
                <w:rFonts w:ascii="Arial" w:hAnsi="Arial" w:eastAsia="Arial"/>
                <w:b/>
                <w:sz w:val="19"/>
              </w:rPr>
              <w:t>Квитанция</w:t>
            </w:r>
          </w:p>
          <w:p>
            <w:pPr>
              <w:spacing w:before="236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6"/>
              </w:rPr>
              <w:t>Кассир</w:t>
            </w:r>
          </w:p>
        </w:tc>
        <w:tc>
          <w:tcPr>
            <w:tcW w:type="dxa" w:w="8504"/>
            <w:vAlign w:val="top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</w:tcPr>
          <w:p>
            <w:pPr>
              <w:tabs>
                <w:tab w:pos="8050" w:val="right" w:leader="underscore"/>
              </w:tabs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Получатель платежа: </w:t>
              <w:tab/>
            </w:r>
            <w:r>
              <w:rPr>
                <w:rFonts w:ascii="Arial" w:hAnsi="Arial" w:eastAsia="Arial"/>
                <w:b w:val="0"/>
                <w:color w:val="FFFFFF"/>
                <w:sz w:val="16"/>
              </w:rPr>
              <w:t>.</w:t>
            </w:r>
          </w:p>
          <w:p>
            <w:pPr>
              <w:tabs>
                <w:tab w:pos="4876" w:val="center"/>
              </w:tabs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555555"/>
                <w:sz w:val="11"/>
              </w:rPr>
              <w:tab/>
              <w:t>(наименование получателя платежа)</w:t>
            </w:r>
          </w:p>
          <w:p>
            <w:pPr>
              <w:tabs>
                <w:tab w:pos="3685" w:val="left" w:leader="underscore"/>
                <w:tab w:pos="8050" w:val="right" w:leader="underscore"/>
              </w:tabs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ИНН </w:t>
              <w:tab/>
            </w:r>
            <w:r>
              <w:rPr>
                <w:rFonts w:ascii="Arial" w:hAnsi="Arial" w:eastAsia="Arial"/>
                <w:b w:val="0"/>
                <w:sz w:val="16"/>
              </w:rPr>
              <w:t xml:space="preserve"> КПП </w:t>
              <w:tab/>
            </w:r>
            <w:r>
              <w:rPr>
                <w:rFonts w:ascii="Arial" w:hAnsi="Arial" w:eastAsia="Arial"/>
                <w:b w:val="0"/>
                <w:color w:val="FFFFFF"/>
                <w:sz w:val="16"/>
              </w:rPr>
              <w:t>.</w:t>
            </w:r>
          </w:p>
          <w:p>
            <w:pPr>
              <w:tabs>
                <w:tab w:pos="2069" w:val="center"/>
              </w:tabs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555555"/>
                <w:sz w:val="11"/>
              </w:rPr>
              <w:tab/>
              <w:t>(ИНН получателя платежа)</w:t>
            </w:r>
          </w:p>
          <w:p>
            <w:pPr>
              <w:tabs>
                <w:tab w:pos="8050" w:val="right" w:leader="underscore"/>
              </w:tabs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Р/с </w:t>
              <w:tab/>
            </w:r>
            <w:r>
              <w:rPr>
                <w:rFonts w:ascii="Arial" w:hAnsi="Arial" w:eastAsia="Arial"/>
                <w:b w:val="0"/>
                <w:color w:val="FFFFFF"/>
                <w:sz w:val="16"/>
              </w:rPr>
              <w:t>.</w:t>
            </w:r>
          </w:p>
          <w:p>
            <w:pPr>
              <w:tabs>
                <w:tab w:pos="4195" w:val="center"/>
              </w:tabs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555555"/>
                <w:sz w:val="11"/>
              </w:rPr>
              <w:tab/>
              <w:t>(номер счета получателя платежа)</w:t>
            </w:r>
          </w:p>
          <w:p>
            <w:pPr>
              <w:tabs>
                <w:tab w:pos="8050" w:val="right" w:leader="underscore"/>
              </w:tabs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в </w:t>
              <w:tab/>
            </w:r>
            <w:r>
              <w:rPr>
                <w:rFonts w:ascii="Arial" w:hAnsi="Arial" w:eastAsia="Arial"/>
                <w:b w:val="0"/>
                <w:color w:val="FFFFFF"/>
                <w:sz w:val="16"/>
              </w:rPr>
              <w:t>.</w:t>
            </w:r>
          </w:p>
          <w:p>
            <w:pPr>
              <w:tabs>
                <w:tab w:pos="4139" w:val="center"/>
              </w:tabs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555555"/>
                <w:sz w:val="11"/>
              </w:rPr>
              <w:tab/>
              <w:t>(наименование банка получателя платежа)</w:t>
            </w:r>
          </w:p>
          <w:p>
            <w:pPr>
              <w:tabs>
                <w:tab w:pos="2835" w:val="left" w:leader="underscore"/>
                <w:tab w:pos="8050" w:val="right" w:leader="underscore"/>
              </w:tabs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БИК </w:t>
              <w:tab/>
            </w:r>
            <w:r>
              <w:rPr>
                <w:rFonts w:ascii="Arial" w:hAnsi="Arial" w:eastAsia="Arial"/>
                <w:b w:val="0"/>
                <w:sz w:val="16"/>
              </w:rPr>
              <w:t xml:space="preserve"> Корр. счет </w:t>
              <w:tab/>
            </w:r>
            <w:r>
              <w:rPr>
                <w:rFonts w:ascii="Arial" w:hAnsi="Arial" w:eastAsia="Arial"/>
                <w:b w:val="0"/>
                <w:color w:val="FFFFFF"/>
                <w:sz w:val="16"/>
              </w:rPr>
              <w:t>.</w:t>
            </w:r>
          </w:p>
          <w:p>
            <w:pPr>
              <w:tabs>
                <w:tab w:pos="6009" w:val="center"/>
              </w:tabs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555555"/>
                <w:sz w:val="11"/>
              </w:rPr>
              <w:tab/>
              <w:t>(номер кор./сч. банка получателя платежа)</w:t>
            </w:r>
          </w:p>
          <w:p>
            <w:pPr>
              <w:tabs>
                <w:tab w:pos="5102" w:val="left" w:leader="underscore"/>
                <w:tab w:pos="8050" w:val="right" w:leader="underscore"/>
              </w:tabs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Назначение платежа: </w:t>
              <w:tab/>
            </w:r>
            <w:r>
              <w:rPr>
                <w:rFonts w:ascii="Arial" w:hAnsi="Arial" w:eastAsia="Arial"/>
                <w:b w:val="0"/>
                <w:sz w:val="16"/>
              </w:rPr>
              <w:t xml:space="preserve"> Л/с </w:t>
              <w:tab/>
            </w:r>
            <w:r>
              <w:rPr>
                <w:rFonts w:ascii="Arial" w:hAnsi="Arial" w:eastAsia="Arial"/>
                <w:b w:val="0"/>
                <w:color w:val="FFFFFF"/>
                <w:sz w:val="16"/>
              </w:rPr>
              <w:t>.</w:t>
            </w:r>
          </w:p>
          <w:p>
            <w:pPr>
              <w:tabs>
                <w:tab w:pos="3458" w:val="center"/>
                <w:tab w:pos="6803" w:val="center"/>
              </w:tabs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555555"/>
                <w:sz w:val="11"/>
              </w:rPr>
              <w:tab/>
              <w:t>(наименование платежа)</w:t>
              <w:tab/>
              <w:t>(номер лицевого счета (код) плательщика)</w:t>
            </w:r>
          </w:p>
          <w:p>
            <w:pPr>
              <w:tabs>
                <w:tab w:pos="8050" w:val="right" w:leader="underscore"/>
              </w:tabs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Ф.И.О. плательщика </w:t>
              <w:tab/>
            </w:r>
            <w:r>
              <w:rPr>
                <w:rFonts w:ascii="Arial" w:hAnsi="Arial" w:eastAsia="Arial"/>
                <w:b w:val="0"/>
                <w:color w:val="FFFFFF"/>
                <w:sz w:val="16"/>
              </w:rPr>
              <w:t>.</w:t>
            </w:r>
          </w:p>
          <w:p>
            <w:pPr>
              <w:tabs>
                <w:tab w:pos="8050" w:val="right" w:leader="underscore"/>
              </w:tabs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Адрес плательщика </w:t>
              <w:tab/>
            </w:r>
            <w:r>
              <w:rPr>
                <w:rFonts w:ascii="Arial" w:hAnsi="Arial" w:eastAsia="Arial"/>
                <w:b w:val="0"/>
                <w:color w:val="FFFFFF"/>
                <w:sz w:val="16"/>
              </w:rPr>
              <w:t>.</w:t>
            </w:r>
          </w:p>
          <w:p>
            <w:pPr>
              <w:tabs>
                <w:tab w:pos="2268" w:val="left" w:leader="underscore"/>
                <w:tab w:pos="2948" w:val="left" w:leader="underscore"/>
                <w:tab w:pos="6576" w:val="left" w:leader="underscore"/>
                <w:tab w:pos="7257" w:val="left" w:leader="underscore"/>
              </w:tabs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Сумма платежа </w:t>
              <w:tab/>
            </w:r>
            <w:r>
              <w:rPr>
                <w:rFonts w:ascii="Arial" w:hAnsi="Arial" w:eastAsia="Arial"/>
                <w:b w:val="0"/>
                <w:sz w:val="16"/>
              </w:rPr>
              <w:t xml:space="preserve"> руб. </w:t>
              <w:tab/>
            </w:r>
            <w:r>
              <w:rPr>
                <w:rFonts w:ascii="Arial" w:hAnsi="Arial" w:eastAsia="Arial"/>
                <w:b w:val="0"/>
                <w:sz w:val="16"/>
              </w:rPr>
              <w:t xml:space="preserve"> коп.</w:t>
            </w:r>
            <w:r>
              <w:rPr>
                <w:rFonts w:ascii="Arial" w:hAnsi="Arial" w:eastAsia="Arial"/>
                <w:b w:val="0"/>
                <w:sz w:val="16"/>
              </w:rPr>
              <w:t xml:space="preserve">    Сумма платы за услуги </w:t>
              <w:tab/>
            </w:r>
            <w:r>
              <w:rPr>
                <w:rFonts w:ascii="Arial" w:hAnsi="Arial" w:eastAsia="Arial"/>
                <w:b w:val="0"/>
                <w:sz w:val="16"/>
              </w:rPr>
              <w:t xml:space="preserve"> руб. </w:t>
              <w:tab/>
            </w:r>
            <w:r>
              <w:rPr>
                <w:rFonts w:ascii="Arial" w:hAnsi="Arial" w:eastAsia="Arial"/>
                <w:b w:val="0"/>
                <w:sz w:val="16"/>
              </w:rPr>
              <w:t xml:space="preserve"> коп.</w:t>
            </w:r>
          </w:p>
          <w:p>
            <w:pPr>
              <w:tabs>
                <w:tab w:pos="1361" w:val="left" w:leader="underscore"/>
                <w:tab w:pos="2041" w:val="left" w:leader="underscore"/>
              </w:tabs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Итого </w:t>
              <w:tab/>
            </w:r>
            <w:r>
              <w:rPr>
                <w:rFonts w:ascii="Arial" w:hAnsi="Arial" w:eastAsia="Arial"/>
                <w:b w:val="0"/>
                <w:sz w:val="16"/>
              </w:rPr>
              <w:t xml:space="preserve"> руб. </w:t>
              <w:tab/>
            </w:r>
            <w:r>
              <w:rPr>
                <w:rFonts w:ascii="Arial" w:hAnsi="Arial" w:eastAsia="Arial"/>
                <w:b w:val="0"/>
                <w:sz w:val="16"/>
              </w:rPr>
              <w:t xml:space="preserve"> коп.</w:t>
            </w:r>
            <w:r>
              <w:rPr>
                <w:rFonts w:ascii="Arial" w:hAnsi="Arial" w:eastAsia="Arial"/>
                <w:b w:val="0"/>
                <w:sz w:val="16"/>
              </w:rPr>
              <w:t xml:space="preserve">         Дата «___» ______________ 20___ г.</w:t>
            </w:r>
          </w:p>
          <w:p>
            <w:pPr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2"/>
              </w:rPr>
              <w:t>С условиями приема указанной в платежном документе суммы, в т.ч. с суммой взимаемой платы за услуги банка, ознакомлен и согласен.</w:t>
            </w:r>
          </w:p>
          <w:p>
            <w:pPr>
              <w:tabs>
                <w:tab w:pos="4535" w:val="right" w:leader="underscore"/>
              </w:tabs>
              <w:spacing w:before="50" w:after="8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Подпись плательщика </w:t>
              <w:tab/>
            </w:r>
            <w:r>
              <w:rPr>
                <w:rFonts w:ascii="Arial" w:hAnsi="Arial" w:eastAsia="Arial"/>
                <w:b w:val="0"/>
                <w:color w:val="FFFFFF"/>
                <w:sz w:val="16"/>
              </w:rPr>
              <w:t>.</w:t>
            </w:r>
          </w:p>
        </w:tc>
      </w:tr>
    </w:tbl>
    <w:p>
      <w:pPr>
        <w:spacing w:before="80" w:after="80"/>
        <w:jc w:val="center"/>
      </w:pPr>
      <w:r>
        <w:rPr>
          <w:rFonts w:ascii="Arial" w:hAnsi="Arial" w:eastAsia="Arial"/>
          <w:b w:val="0"/>
          <w:color w:val="555555"/>
          <w:sz w:val="12"/>
        </w:rPr>
        <w:t xml:space="preserve">- - - - - - - - - - - - - - - - - - - - - - - - - - - - - - - - - - - - - - - -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14"/>
        <w:gridCol w:w="8504"/>
      </w:tblGrid>
      <w:tr>
        <w:tc>
          <w:tcPr>
            <w:tcW w:type="dxa" w:w="1814"/>
            <w:vAlign w:val="top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</w:tcPr>
          <w:p>
            <w:pPr>
              <w:spacing w:before="120" w:after="0" w:line="240" w:lineRule="auto"/>
              <w:jc w:val="center"/>
            </w:pPr>
            <w:r>
              <w:rPr>
                <w:rFonts w:ascii="Arial" w:hAnsi="Arial" w:eastAsia="Arial"/>
                <w:b/>
                <w:sz w:val="19"/>
              </w:rPr>
              <w:t>Извещение</w:t>
            </w:r>
          </w:p>
          <w:p>
            <w:pPr>
              <w:spacing w:before="236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6"/>
              </w:rPr>
              <w:t>Кассир</w:t>
            </w:r>
          </w:p>
        </w:tc>
        <w:tc>
          <w:tcPr>
            <w:tcW w:type="dxa" w:w="8504"/>
            <w:vAlign w:val="top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</w:tcPr>
          <w:p>
            <w:pPr>
              <w:tabs>
                <w:tab w:pos="8050" w:val="right" w:leader="underscore"/>
              </w:tabs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Получатель платежа: </w:t>
              <w:tab/>
            </w:r>
            <w:r>
              <w:rPr>
                <w:rFonts w:ascii="Arial" w:hAnsi="Arial" w:eastAsia="Arial"/>
                <w:b w:val="0"/>
                <w:color w:val="FFFFFF"/>
                <w:sz w:val="16"/>
              </w:rPr>
              <w:t>.</w:t>
            </w:r>
          </w:p>
          <w:p>
            <w:pPr>
              <w:tabs>
                <w:tab w:pos="4876" w:val="center"/>
              </w:tabs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555555"/>
                <w:sz w:val="11"/>
              </w:rPr>
              <w:tab/>
              <w:t>(наименование получателя платежа)</w:t>
            </w:r>
          </w:p>
          <w:p>
            <w:pPr>
              <w:tabs>
                <w:tab w:pos="3685" w:val="left" w:leader="underscore"/>
                <w:tab w:pos="8050" w:val="right" w:leader="underscore"/>
              </w:tabs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ИНН </w:t>
              <w:tab/>
            </w:r>
            <w:r>
              <w:rPr>
                <w:rFonts w:ascii="Arial" w:hAnsi="Arial" w:eastAsia="Arial"/>
                <w:b w:val="0"/>
                <w:sz w:val="16"/>
              </w:rPr>
              <w:t xml:space="preserve"> КПП </w:t>
              <w:tab/>
            </w:r>
            <w:r>
              <w:rPr>
                <w:rFonts w:ascii="Arial" w:hAnsi="Arial" w:eastAsia="Arial"/>
                <w:b w:val="0"/>
                <w:color w:val="FFFFFF"/>
                <w:sz w:val="16"/>
              </w:rPr>
              <w:t>.</w:t>
            </w:r>
          </w:p>
          <w:p>
            <w:pPr>
              <w:tabs>
                <w:tab w:pos="2069" w:val="center"/>
              </w:tabs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555555"/>
                <w:sz w:val="11"/>
              </w:rPr>
              <w:tab/>
              <w:t>(ИНН получателя платежа)</w:t>
            </w:r>
          </w:p>
          <w:p>
            <w:pPr>
              <w:tabs>
                <w:tab w:pos="8050" w:val="right" w:leader="underscore"/>
              </w:tabs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Р/с </w:t>
              <w:tab/>
            </w:r>
            <w:r>
              <w:rPr>
                <w:rFonts w:ascii="Arial" w:hAnsi="Arial" w:eastAsia="Arial"/>
                <w:b w:val="0"/>
                <w:color w:val="FFFFFF"/>
                <w:sz w:val="16"/>
              </w:rPr>
              <w:t>.</w:t>
            </w:r>
          </w:p>
          <w:p>
            <w:pPr>
              <w:tabs>
                <w:tab w:pos="4195" w:val="center"/>
              </w:tabs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555555"/>
                <w:sz w:val="11"/>
              </w:rPr>
              <w:tab/>
              <w:t>(номер счета получателя платежа)</w:t>
            </w:r>
          </w:p>
          <w:p>
            <w:pPr>
              <w:tabs>
                <w:tab w:pos="8050" w:val="right" w:leader="underscore"/>
              </w:tabs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в </w:t>
              <w:tab/>
            </w:r>
            <w:r>
              <w:rPr>
                <w:rFonts w:ascii="Arial" w:hAnsi="Arial" w:eastAsia="Arial"/>
                <w:b w:val="0"/>
                <w:color w:val="FFFFFF"/>
                <w:sz w:val="16"/>
              </w:rPr>
              <w:t>.</w:t>
            </w:r>
          </w:p>
          <w:p>
            <w:pPr>
              <w:tabs>
                <w:tab w:pos="4139" w:val="center"/>
              </w:tabs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555555"/>
                <w:sz w:val="11"/>
              </w:rPr>
              <w:tab/>
              <w:t>(наименование банка получателя платежа)</w:t>
            </w:r>
          </w:p>
          <w:p>
            <w:pPr>
              <w:tabs>
                <w:tab w:pos="2835" w:val="left" w:leader="underscore"/>
                <w:tab w:pos="8050" w:val="right" w:leader="underscore"/>
              </w:tabs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БИК </w:t>
              <w:tab/>
            </w:r>
            <w:r>
              <w:rPr>
                <w:rFonts w:ascii="Arial" w:hAnsi="Arial" w:eastAsia="Arial"/>
                <w:b w:val="0"/>
                <w:sz w:val="16"/>
              </w:rPr>
              <w:t xml:space="preserve"> Корр. счет </w:t>
              <w:tab/>
            </w:r>
            <w:r>
              <w:rPr>
                <w:rFonts w:ascii="Arial" w:hAnsi="Arial" w:eastAsia="Arial"/>
                <w:b w:val="0"/>
                <w:color w:val="FFFFFF"/>
                <w:sz w:val="16"/>
              </w:rPr>
              <w:t>.</w:t>
            </w:r>
          </w:p>
          <w:p>
            <w:pPr>
              <w:tabs>
                <w:tab w:pos="6009" w:val="center"/>
              </w:tabs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555555"/>
                <w:sz w:val="11"/>
              </w:rPr>
              <w:tab/>
              <w:t>(номер кор./сч. банка получателя платежа)</w:t>
            </w:r>
          </w:p>
          <w:p>
            <w:pPr>
              <w:tabs>
                <w:tab w:pos="5102" w:val="left" w:leader="underscore"/>
                <w:tab w:pos="8050" w:val="right" w:leader="underscore"/>
              </w:tabs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Назначение платежа: </w:t>
              <w:tab/>
            </w:r>
            <w:r>
              <w:rPr>
                <w:rFonts w:ascii="Arial" w:hAnsi="Arial" w:eastAsia="Arial"/>
                <w:b w:val="0"/>
                <w:sz w:val="16"/>
              </w:rPr>
              <w:t xml:space="preserve"> Л/с </w:t>
              <w:tab/>
            </w:r>
            <w:r>
              <w:rPr>
                <w:rFonts w:ascii="Arial" w:hAnsi="Arial" w:eastAsia="Arial"/>
                <w:b w:val="0"/>
                <w:color w:val="FFFFFF"/>
                <w:sz w:val="16"/>
              </w:rPr>
              <w:t>.</w:t>
            </w:r>
          </w:p>
          <w:p>
            <w:pPr>
              <w:tabs>
                <w:tab w:pos="3458" w:val="center"/>
                <w:tab w:pos="6803" w:val="center"/>
              </w:tabs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555555"/>
                <w:sz w:val="11"/>
              </w:rPr>
              <w:tab/>
              <w:t>(наименование платежа)</w:t>
              <w:tab/>
              <w:t>(номер лицевого счета (код) плательщика)</w:t>
            </w:r>
          </w:p>
          <w:p>
            <w:pPr>
              <w:tabs>
                <w:tab w:pos="8050" w:val="right" w:leader="underscore"/>
              </w:tabs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Ф.И.О. плательщика </w:t>
              <w:tab/>
            </w:r>
            <w:r>
              <w:rPr>
                <w:rFonts w:ascii="Arial" w:hAnsi="Arial" w:eastAsia="Arial"/>
                <w:b w:val="0"/>
                <w:color w:val="FFFFFF"/>
                <w:sz w:val="16"/>
              </w:rPr>
              <w:t>.</w:t>
            </w:r>
          </w:p>
          <w:p>
            <w:pPr>
              <w:tabs>
                <w:tab w:pos="8050" w:val="right" w:leader="underscore"/>
              </w:tabs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Адрес плательщика </w:t>
              <w:tab/>
            </w:r>
            <w:r>
              <w:rPr>
                <w:rFonts w:ascii="Arial" w:hAnsi="Arial" w:eastAsia="Arial"/>
                <w:b w:val="0"/>
                <w:color w:val="FFFFFF"/>
                <w:sz w:val="16"/>
              </w:rPr>
              <w:t>.</w:t>
            </w:r>
          </w:p>
          <w:p>
            <w:pPr>
              <w:tabs>
                <w:tab w:pos="2268" w:val="left" w:leader="underscore"/>
                <w:tab w:pos="2948" w:val="left" w:leader="underscore"/>
                <w:tab w:pos="6576" w:val="left" w:leader="underscore"/>
                <w:tab w:pos="7257" w:val="left" w:leader="underscore"/>
              </w:tabs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Сумма платежа </w:t>
              <w:tab/>
            </w:r>
            <w:r>
              <w:rPr>
                <w:rFonts w:ascii="Arial" w:hAnsi="Arial" w:eastAsia="Arial"/>
                <w:b w:val="0"/>
                <w:sz w:val="16"/>
              </w:rPr>
              <w:t xml:space="preserve"> руб. </w:t>
              <w:tab/>
            </w:r>
            <w:r>
              <w:rPr>
                <w:rFonts w:ascii="Arial" w:hAnsi="Arial" w:eastAsia="Arial"/>
                <w:b w:val="0"/>
                <w:sz w:val="16"/>
              </w:rPr>
              <w:t xml:space="preserve"> коп.</w:t>
            </w:r>
            <w:r>
              <w:rPr>
                <w:rFonts w:ascii="Arial" w:hAnsi="Arial" w:eastAsia="Arial"/>
                <w:b w:val="0"/>
                <w:sz w:val="16"/>
              </w:rPr>
              <w:t xml:space="preserve">    Сумма платы за услуги </w:t>
              <w:tab/>
            </w:r>
            <w:r>
              <w:rPr>
                <w:rFonts w:ascii="Arial" w:hAnsi="Arial" w:eastAsia="Arial"/>
                <w:b w:val="0"/>
                <w:sz w:val="16"/>
              </w:rPr>
              <w:t xml:space="preserve"> руб. </w:t>
              <w:tab/>
            </w:r>
            <w:r>
              <w:rPr>
                <w:rFonts w:ascii="Arial" w:hAnsi="Arial" w:eastAsia="Arial"/>
                <w:b w:val="0"/>
                <w:sz w:val="16"/>
              </w:rPr>
              <w:t xml:space="preserve"> коп.</w:t>
            </w:r>
          </w:p>
          <w:p>
            <w:pPr>
              <w:tabs>
                <w:tab w:pos="1361" w:val="left" w:leader="underscore"/>
                <w:tab w:pos="2041" w:val="left" w:leader="underscore"/>
              </w:tabs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Итого </w:t>
              <w:tab/>
            </w:r>
            <w:r>
              <w:rPr>
                <w:rFonts w:ascii="Arial" w:hAnsi="Arial" w:eastAsia="Arial"/>
                <w:b w:val="0"/>
                <w:sz w:val="16"/>
              </w:rPr>
              <w:t xml:space="preserve"> руб. </w:t>
              <w:tab/>
            </w:r>
            <w:r>
              <w:rPr>
                <w:rFonts w:ascii="Arial" w:hAnsi="Arial" w:eastAsia="Arial"/>
                <w:b w:val="0"/>
                <w:sz w:val="16"/>
              </w:rPr>
              <w:t xml:space="preserve"> коп.</w:t>
            </w:r>
            <w:r>
              <w:rPr>
                <w:rFonts w:ascii="Arial" w:hAnsi="Arial" w:eastAsia="Arial"/>
                <w:b w:val="0"/>
                <w:sz w:val="16"/>
              </w:rPr>
              <w:t xml:space="preserve">         Дата «___» ______________ 20___ г.</w:t>
            </w:r>
          </w:p>
          <w:p>
            <w:pPr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2"/>
              </w:rPr>
              <w:t>С условиями приема указанной в платежном документе суммы, в т.ч. с суммой взимаемой платы за услуги банка, ознакомлен и согласен.</w:t>
            </w:r>
          </w:p>
          <w:p>
            <w:pPr>
              <w:tabs>
                <w:tab w:pos="4535" w:val="right" w:leader="underscore"/>
              </w:tabs>
              <w:spacing w:before="50" w:after="8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Подпись плательщика </w:t>
              <w:tab/>
            </w:r>
            <w:r>
              <w:rPr>
                <w:rFonts w:ascii="Arial" w:hAnsi="Arial" w:eastAsia="Arial"/>
                <w:b w:val="0"/>
                <w:color w:val="FFFFFF"/>
                <w:sz w:val="16"/>
              </w:rPr>
              <w:t>.</w:t>
            </w:r>
          </w:p>
        </w:tc>
      </w:tr>
      <w:tr>
        <w:tc>
          <w:tcPr>
            <w:tcW w:type="dxa" w:w="1814"/>
            <w:vAlign w:val="top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</w:tcPr>
          <w:p>
            <w:pPr>
              <w:spacing w:before="120" w:after="0" w:line="240" w:lineRule="auto"/>
              <w:jc w:val="center"/>
            </w:pPr>
            <w:r>
              <w:rPr>
                <w:rFonts w:ascii="Arial" w:hAnsi="Arial" w:eastAsia="Arial"/>
                <w:b/>
                <w:sz w:val="19"/>
              </w:rPr>
              <w:t>Квитанция</w:t>
            </w:r>
          </w:p>
          <w:p>
            <w:pPr>
              <w:spacing w:before="236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6"/>
              </w:rPr>
              <w:t>Кассир</w:t>
            </w:r>
          </w:p>
        </w:tc>
        <w:tc>
          <w:tcPr>
            <w:tcW w:type="dxa" w:w="8504"/>
            <w:vAlign w:val="top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</w:tcBorders>
          </w:tcPr>
          <w:p>
            <w:pPr>
              <w:tabs>
                <w:tab w:pos="8050" w:val="right" w:leader="underscore"/>
              </w:tabs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Получатель платежа: </w:t>
              <w:tab/>
            </w:r>
            <w:r>
              <w:rPr>
                <w:rFonts w:ascii="Arial" w:hAnsi="Arial" w:eastAsia="Arial"/>
                <w:b w:val="0"/>
                <w:color w:val="FFFFFF"/>
                <w:sz w:val="16"/>
              </w:rPr>
              <w:t>.</w:t>
            </w:r>
          </w:p>
          <w:p>
            <w:pPr>
              <w:tabs>
                <w:tab w:pos="4876" w:val="center"/>
              </w:tabs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555555"/>
                <w:sz w:val="11"/>
              </w:rPr>
              <w:tab/>
              <w:t>(наименование получателя платежа)</w:t>
            </w:r>
          </w:p>
          <w:p>
            <w:pPr>
              <w:tabs>
                <w:tab w:pos="3685" w:val="left" w:leader="underscore"/>
                <w:tab w:pos="8050" w:val="right" w:leader="underscore"/>
              </w:tabs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ИНН </w:t>
              <w:tab/>
            </w:r>
            <w:r>
              <w:rPr>
                <w:rFonts w:ascii="Arial" w:hAnsi="Arial" w:eastAsia="Arial"/>
                <w:b w:val="0"/>
                <w:sz w:val="16"/>
              </w:rPr>
              <w:t xml:space="preserve"> КПП </w:t>
              <w:tab/>
            </w:r>
            <w:r>
              <w:rPr>
                <w:rFonts w:ascii="Arial" w:hAnsi="Arial" w:eastAsia="Arial"/>
                <w:b w:val="0"/>
                <w:color w:val="FFFFFF"/>
                <w:sz w:val="16"/>
              </w:rPr>
              <w:t>.</w:t>
            </w:r>
          </w:p>
          <w:p>
            <w:pPr>
              <w:tabs>
                <w:tab w:pos="2069" w:val="center"/>
              </w:tabs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555555"/>
                <w:sz w:val="11"/>
              </w:rPr>
              <w:tab/>
              <w:t>(ИНН получателя платежа)</w:t>
            </w:r>
          </w:p>
          <w:p>
            <w:pPr>
              <w:tabs>
                <w:tab w:pos="8050" w:val="right" w:leader="underscore"/>
              </w:tabs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Р/с </w:t>
              <w:tab/>
            </w:r>
            <w:r>
              <w:rPr>
                <w:rFonts w:ascii="Arial" w:hAnsi="Arial" w:eastAsia="Arial"/>
                <w:b w:val="0"/>
                <w:color w:val="FFFFFF"/>
                <w:sz w:val="16"/>
              </w:rPr>
              <w:t>.</w:t>
            </w:r>
          </w:p>
          <w:p>
            <w:pPr>
              <w:tabs>
                <w:tab w:pos="4195" w:val="center"/>
              </w:tabs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555555"/>
                <w:sz w:val="11"/>
              </w:rPr>
              <w:tab/>
              <w:t>(номер счета получателя платежа)</w:t>
            </w:r>
          </w:p>
          <w:p>
            <w:pPr>
              <w:tabs>
                <w:tab w:pos="8050" w:val="right" w:leader="underscore"/>
              </w:tabs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в </w:t>
              <w:tab/>
            </w:r>
            <w:r>
              <w:rPr>
                <w:rFonts w:ascii="Arial" w:hAnsi="Arial" w:eastAsia="Arial"/>
                <w:b w:val="0"/>
                <w:color w:val="FFFFFF"/>
                <w:sz w:val="16"/>
              </w:rPr>
              <w:t>.</w:t>
            </w:r>
          </w:p>
          <w:p>
            <w:pPr>
              <w:tabs>
                <w:tab w:pos="4139" w:val="center"/>
              </w:tabs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555555"/>
                <w:sz w:val="11"/>
              </w:rPr>
              <w:tab/>
              <w:t>(наименование банка получателя платежа)</w:t>
            </w:r>
          </w:p>
          <w:p>
            <w:pPr>
              <w:tabs>
                <w:tab w:pos="2835" w:val="left" w:leader="underscore"/>
                <w:tab w:pos="8050" w:val="right" w:leader="underscore"/>
              </w:tabs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БИК </w:t>
              <w:tab/>
            </w:r>
            <w:r>
              <w:rPr>
                <w:rFonts w:ascii="Arial" w:hAnsi="Arial" w:eastAsia="Arial"/>
                <w:b w:val="0"/>
                <w:sz w:val="16"/>
              </w:rPr>
              <w:t xml:space="preserve"> Корр. счет </w:t>
              <w:tab/>
            </w:r>
            <w:r>
              <w:rPr>
                <w:rFonts w:ascii="Arial" w:hAnsi="Arial" w:eastAsia="Arial"/>
                <w:b w:val="0"/>
                <w:color w:val="FFFFFF"/>
                <w:sz w:val="16"/>
              </w:rPr>
              <w:t>.</w:t>
            </w:r>
          </w:p>
          <w:p>
            <w:pPr>
              <w:tabs>
                <w:tab w:pos="6009" w:val="center"/>
              </w:tabs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555555"/>
                <w:sz w:val="11"/>
              </w:rPr>
              <w:tab/>
              <w:t>(номер кор./сч. банка получателя платежа)</w:t>
            </w:r>
          </w:p>
          <w:p>
            <w:pPr>
              <w:tabs>
                <w:tab w:pos="5102" w:val="left" w:leader="underscore"/>
                <w:tab w:pos="8050" w:val="right" w:leader="underscore"/>
              </w:tabs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Назначение платежа: </w:t>
              <w:tab/>
            </w:r>
            <w:r>
              <w:rPr>
                <w:rFonts w:ascii="Arial" w:hAnsi="Arial" w:eastAsia="Arial"/>
                <w:b w:val="0"/>
                <w:sz w:val="16"/>
              </w:rPr>
              <w:t xml:space="preserve"> Л/с </w:t>
              <w:tab/>
            </w:r>
            <w:r>
              <w:rPr>
                <w:rFonts w:ascii="Arial" w:hAnsi="Arial" w:eastAsia="Arial"/>
                <w:b w:val="0"/>
                <w:color w:val="FFFFFF"/>
                <w:sz w:val="16"/>
              </w:rPr>
              <w:t>.</w:t>
            </w:r>
          </w:p>
          <w:p>
            <w:pPr>
              <w:tabs>
                <w:tab w:pos="3458" w:val="center"/>
                <w:tab w:pos="6803" w:val="center"/>
              </w:tabs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555555"/>
                <w:sz w:val="11"/>
              </w:rPr>
              <w:tab/>
              <w:t>(наименование платежа)</w:t>
              <w:tab/>
              <w:t>(номер лицевого счета (код) плательщика)</w:t>
            </w:r>
          </w:p>
          <w:p>
            <w:pPr>
              <w:tabs>
                <w:tab w:pos="8050" w:val="right" w:leader="underscore"/>
              </w:tabs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Ф.И.О. плательщика </w:t>
              <w:tab/>
            </w:r>
            <w:r>
              <w:rPr>
                <w:rFonts w:ascii="Arial" w:hAnsi="Arial" w:eastAsia="Arial"/>
                <w:b w:val="0"/>
                <w:color w:val="FFFFFF"/>
                <w:sz w:val="16"/>
              </w:rPr>
              <w:t>.</w:t>
            </w:r>
          </w:p>
          <w:p>
            <w:pPr>
              <w:tabs>
                <w:tab w:pos="8050" w:val="right" w:leader="underscore"/>
              </w:tabs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Адрес плательщика </w:t>
              <w:tab/>
            </w:r>
            <w:r>
              <w:rPr>
                <w:rFonts w:ascii="Arial" w:hAnsi="Arial" w:eastAsia="Arial"/>
                <w:b w:val="0"/>
                <w:color w:val="FFFFFF"/>
                <w:sz w:val="16"/>
              </w:rPr>
              <w:t>.</w:t>
            </w:r>
          </w:p>
          <w:p>
            <w:pPr>
              <w:tabs>
                <w:tab w:pos="2268" w:val="left" w:leader="underscore"/>
                <w:tab w:pos="2948" w:val="left" w:leader="underscore"/>
                <w:tab w:pos="6576" w:val="left" w:leader="underscore"/>
                <w:tab w:pos="7257" w:val="left" w:leader="underscore"/>
              </w:tabs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Сумма платежа </w:t>
              <w:tab/>
            </w:r>
            <w:r>
              <w:rPr>
                <w:rFonts w:ascii="Arial" w:hAnsi="Arial" w:eastAsia="Arial"/>
                <w:b w:val="0"/>
                <w:sz w:val="16"/>
              </w:rPr>
              <w:t xml:space="preserve"> руб. </w:t>
              <w:tab/>
            </w:r>
            <w:r>
              <w:rPr>
                <w:rFonts w:ascii="Arial" w:hAnsi="Arial" w:eastAsia="Arial"/>
                <w:b w:val="0"/>
                <w:sz w:val="16"/>
              </w:rPr>
              <w:t xml:space="preserve"> коп.</w:t>
            </w:r>
            <w:r>
              <w:rPr>
                <w:rFonts w:ascii="Arial" w:hAnsi="Arial" w:eastAsia="Arial"/>
                <w:b w:val="0"/>
                <w:sz w:val="16"/>
              </w:rPr>
              <w:t xml:space="preserve">    Сумма платы за услуги </w:t>
              <w:tab/>
            </w:r>
            <w:r>
              <w:rPr>
                <w:rFonts w:ascii="Arial" w:hAnsi="Arial" w:eastAsia="Arial"/>
                <w:b w:val="0"/>
                <w:sz w:val="16"/>
              </w:rPr>
              <w:t xml:space="preserve"> руб. </w:t>
              <w:tab/>
            </w:r>
            <w:r>
              <w:rPr>
                <w:rFonts w:ascii="Arial" w:hAnsi="Arial" w:eastAsia="Arial"/>
                <w:b w:val="0"/>
                <w:sz w:val="16"/>
              </w:rPr>
              <w:t xml:space="preserve"> коп.</w:t>
            </w:r>
          </w:p>
          <w:p>
            <w:pPr>
              <w:tabs>
                <w:tab w:pos="1361" w:val="left" w:leader="underscore"/>
                <w:tab w:pos="2041" w:val="left" w:leader="underscore"/>
              </w:tabs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Итого </w:t>
              <w:tab/>
            </w:r>
            <w:r>
              <w:rPr>
                <w:rFonts w:ascii="Arial" w:hAnsi="Arial" w:eastAsia="Arial"/>
                <w:b w:val="0"/>
                <w:sz w:val="16"/>
              </w:rPr>
              <w:t xml:space="preserve"> руб. </w:t>
              <w:tab/>
            </w:r>
            <w:r>
              <w:rPr>
                <w:rFonts w:ascii="Arial" w:hAnsi="Arial" w:eastAsia="Arial"/>
                <w:b w:val="0"/>
                <w:sz w:val="16"/>
              </w:rPr>
              <w:t xml:space="preserve"> коп.</w:t>
            </w:r>
            <w:r>
              <w:rPr>
                <w:rFonts w:ascii="Arial" w:hAnsi="Arial" w:eastAsia="Arial"/>
                <w:b w:val="0"/>
                <w:sz w:val="16"/>
              </w:rPr>
              <w:t xml:space="preserve">         Дата «___» ______________ 20___ г.</w:t>
            </w:r>
          </w:p>
          <w:p>
            <w:pPr>
              <w:spacing w:before="50" w:after="0" w:line="240" w:lineRule="auto"/>
            </w:pPr>
            <w:r>
              <w:rPr>
                <w:rFonts w:ascii="Arial" w:hAnsi="Arial" w:eastAsia="Arial"/>
                <w:b w:val="0"/>
                <w:sz w:val="12"/>
              </w:rPr>
              <w:t>С условиями приема указанной в платежном документе суммы, в т.ч. с суммой взимаемой платы за услуги банка, ознакомлен и согласен.</w:t>
            </w:r>
          </w:p>
          <w:p>
            <w:pPr>
              <w:tabs>
                <w:tab w:pos="4535" w:val="right" w:leader="underscore"/>
              </w:tabs>
              <w:spacing w:before="50" w:after="8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 xml:space="preserve">Подпись плательщика </w:t>
              <w:tab/>
            </w:r>
            <w:r>
              <w:rPr>
                <w:rFonts w:ascii="Arial" w:hAnsi="Arial" w:eastAsia="Arial"/>
                <w:b w:val="0"/>
                <w:color w:val="FFFFFF"/>
                <w:sz w:val="16"/>
              </w:rPr>
              <w:t>.</w:t>
            </w:r>
          </w:p>
        </w:tc>
      </w:tr>
    </w:tbl>
    <w:p>
      <w:pPr>
        <w:spacing w:before="60"/>
      </w:pPr>
      <w:r>
        <w:rPr>
          <w:rFonts w:ascii="Arial" w:hAnsi="Arial" w:eastAsia="Arial"/>
          <w:b w:val="0"/>
          <w:color w:val="555555"/>
          <w:sz w:val="13"/>
        </w:rPr>
        <w:t>Бланк ПД-4 для заполнения от руки. Квитанцию с QR-кодом и готовыми полями сделайте на qqkod.ru/receipt/</w:t>
      </w:r>
    </w:p>
    <w:sectPr w:rsidR="00FC693F" w:rsidRPr="0006063C" w:rsidSect="00034616">
      <w:pgSz w:w="11906" w:h="16838"/>
      <w:pgMar w:top="454" w:right="794" w:bottom="45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квитанции ПД-4</dc:title>
  <dc:subject/>
  <dc:creator>qqkod.ru</dc:creator>
  <cp:keywords/>
  <dc:description>generated by python-docx</dc:description>
  <cp:lastModifiedBy>qqkod.ru</cp:lastModifiedBy>
  <cp:revision>1</cp:revision>
  <dcterms:created xsi:type="dcterms:W3CDTF">2026-09-24T12:00:00Z</dcterms:created>
  <dcterms:modified xsi:type="dcterms:W3CDTF">2026-09-24T12:00:00Z</dcterms:modified>
  <cp:category/>
</cp:coreProperties>
</file>