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76" w:lineRule="auto"/>
        <w:jc w:val="center"/>
      </w:pPr>
      <w:r>
        <w:rPr>
          <w:rFonts w:ascii="Arial" w:hAnsi="Arial" w:eastAsia="Arial"/>
          <w:b/>
          <w:sz w:val="23"/>
        </w:rPr>
        <w:t>СОГЛАСИЕ НА ОБРАБОТКУ ПЕРСОНАЛЬНЫХ ДАННЫХ, РАЗРЕШЕННЫХ ДЛЯ РАСПРОСТРАНЕНИЯ</w:t>
      </w:r>
    </w:p>
    <w:p>
      <w:pPr>
        <w:spacing w:before="140" w:after="0" w:line="276" w:lineRule="auto"/>
      </w:pPr>
      <w:r>
        <w:rPr>
          <w:rFonts w:ascii="Arial" w:hAnsi="Arial" w:eastAsia="Arial"/>
          <w:b w:val="0"/>
          <w:sz w:val="20"/>
        </w:rPr>
        <w:t>Я, ________________________________________ (фамилия, имя, отчество),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20"/>
        </w:rPr>
        <w:t>контакт для связи: ________________________________________ (телефон, адрес электронной почты или почтовый адрес),</w:t>
      </w:r>
    </w:p>
    <w:p>
      <w:pPr>
        <w:spacing w:before="140" w:after="0" w:line="276" w:lineRule="auto"/>
      </w:pPr>
      <w:r>
        <w:rPr>
          <w:rFonts w:ascii="Arial" w:hAnsi="Arial" w:eastAsia="Arial"/>
          <w:b w:val="0"/>
          <w:sz w:val="20"/>
        </w:rPr>
        <w:t>даю согласие оператору (заполняется одна строка):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организация: ________________________ (наименование), адрес по ЕГРЮЛ ________________________, ИНН ____________, ОГРН ________________;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индивидуальный предприниматель: ________________________ (фамилия, имя, отчество), ИНН ____________, ОГРНИП ________________</w:t>
      </w:r>
    </w:p>
    <w:p>
      <w:pPr>
        <w:spacing w:before="140" w:after="0" w:line="276" w:lineRule="auto"/>
      </w:pPr>
      <w:r>
        <w:rPr>
          <w:rFonts w:ascii="Arial" w:hAnsi="Arial" w:eastAsia="Arial"/>
          <w:b w:val="0"/>
          <w:sz w:val="20"/>
        </w:rPr>
        <w:t>на обработку моих персональных данных, разрешенных мной для распространения, на условиях ниже.</w:t>
      </w:r>
    </w:p>
    <w:p>
      <w:pPr>
        <w:spacing w:before="140" w:after="0" w:line="276" w:lineRule="auto"/>
      </w:pPr>
      <w:r>
        <w:rPr>
          <w:rFonts w:ascii="Arial" w:hAnsi="Arial" w:eastAsia="Arial"/>
          <w:b/>
          <w:sz w:val="20"/>
        </w:rPr>
        <w:t>Цель обработки:</w:t>
      </w:r>
      <w:r>
        <w:rPr>
          <w:rFonts w:ascii="Arial" w:hAnsi="Arial" w:eastAsia="Arial"/>
          <w:b w:val="0"/>
          <w:sz w:val="20"/>
        </w:rPr>
        <w:t xml:space="preserve"> размещение страницы, которая открывается по QR-коду, чтобы ________________________________ (например: клиенты могли со мной связаться; сотрудники знали, кто отвечает за объект).</w:t>
      </w:r>
    </w:p>
    <w:p>
      <w:pPr>
        <w:spacing w:before="140" w:after="0" w:line="276" w:lineRule="auto"/>
      </w:pPr>
      <w:r>
        <w:rPr>
          <w:rFonts w:ascii="Arial" w:hAnsi="Arial" w:eastAsia="Arial"/>
          <w:b/>
          <w:sz w:val="20"/>
        </w:rPr>
        <w:t>Информационный ресурс, через который неограниченный круг лиц получает доступ к моим данным:</w:t>
      </w:r>
      <w:r>
        <w:rPr>
          <w:rFonts w:ascii="Arial" w:hAnsi="Arial" w:eastAsia="Arial"/>
          <w:b w:val="0"/>
          <w:sz w:val="20"/>
        </w:rPr>
        <w:t xml:space="preserve"> https://qqkod.page/________________ (страница сервиса qqkod.ru; ИП Сорокин Сергей Александрович, ИНН 762702248645, размещает ее по поручению оператора).</w:t>
      </w:r>
    </w:p>
    <w:p>
      <w:pPr>
        <w:spacing w:before="140" w:after="0" w:line="276" w:lineRule="auto"/>
      </w:pPr>
      <w:r>
        <w:rPr>
          <w:rFonts w:ascii="Arial" w:hAnsi="Arial" w:eastAsia="Arial"/>
          <w:b/>
          <w:sz w:val="20"/>
        </w:rPr>
        <w:t>Персональные данные, которые я разрешаю распространять, категория «общие персональные данные» (отметьте нужные и впишите, что именно):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фамилия, имя, отчество: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должность: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номер телефона: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адрес электронной почты: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фотография: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ссылки на страницы в социальных сетях и мессенджерах: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[ ] другое: ________________________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20"/>
        </w:rPr>
        <w:t>Специальные категории и биометрические персональные данные не распространяются.</w:t>
      </w:r>
    </w:p>
    <w:p>
      <w:pPr>
        <w:spacing w:before="140" w:after="0" w:line="276" w:lineRule="auto"/>
      </w:pPr>
      <w:r>
        <w:rPr>
          <w:rFonts w:ascii="Arial" w:hAnsi="Arial" w:eastAsia="Arial"/>
          <w:b/>
          <w:sz w:val="20"/>
        </w:rPr>
        <w:t>Условия и запреты (заполняется по моему желанию):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данные, для которых я устанавливаю условия или запреты: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запрещаю оператору передавать эти данные неограниченному кругу лиц иначе, чем через доступ к странице: [ ] да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запрещаю неограниченному кругу лиц обрабатывать эти данные иначе, чем просматривать их: [ ] да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другие условия: ________________________</w:t>
      </w:r>
    </w:p>
    <w:p>
      <w:pPr>
        <w:spacing w:before="0" w:after="0" w:line="276" w:lineRule="auto"/>
        <w:ind w:left="340"/>
      </w:pPr>
      <w:r>
        <w:rPr>
          <w:rFonts w:ascii="Arial" w:hAnsi="Arial" w:eastAsia="Arial"/>
          <w:b w:val="0"/>
          <w:sz w:val="20"/>
        </w:rPr>
        <w:t>полученные данные оператор может передавать (отметьте одно):</w:t>
      </w:r>
    </w:p>
    <w:p>
      <w:pPr>
        <w:spacing w:before="0" w:after="0" w:line="276" w:lineRule="auto"/>
        <w:ind w:left="680"/>
      </w:pPr>
      <w:r>
        <w:rPr>
          <w:rFonts w:ascii="Arial" w:hAnsi="Arial" w:eastAsia="Arial"/>
          <w:b w:val="0"/>
          <w:sz w:val="20"/>
        </w:rPr>
        <w:t>[ ] только по своей внутренней сети, доступ к которой есть лишь у строго определенных сотрудников</w:t>
      </w:r>
    </w:p>
    <w:p>
      <w:pPr>
        <w:spacing w:before="0" w:after="0" w:line="276" w:lineRule="auto"/>
        <w:ind w:left="680"/>
      </w:pPr>
      <w:r>
        <w:rPr>
          <w:rFonts w:ascii="Arial" w:hAnsi="Arial" w:eastAsia="Arial"/>
          <w:b w:val="0"/>
          <w:sz w:val="20"/>
        </w:rPr>
        <w:t>[ ] с использованием информационно-телекоммуникационных сетей</w:t>
      </w:r>
    </w:p>
    <w:p>
      <w:pPr>
        <w:spacing w:before="0" w:after="0" w:line="276" w:lineRule="auto"/>
        <w:ind w:left="680"/>
      </w:pPr>
      <w:r>
        <w:rPr>
          <w:rFonts w:ascii="Arial" w:hAnsi="Arial" w:eastAsia="Arial"/>
          <w:b w:val="0"/>
          <w:sz w:val="20"/>
        </w:rPr>
        <w:t>[ ] без передачи</w:t>
      </w:r>
    </w:p>
    <w:p>
      <w:pPr>
        <w:spacing w:before="140" w:after="0" w:line="276" w:lineRule="auto"/>
      </w:pPr>
      <w:r>
        <w:rPr>
          <w:rFonts w:ascii="Arial" w:hAnsi="Arial" w:eastAsia="Arial"/>
          <w:b/>
          <w:sz w:val="20"/>
        </w:rPr>
        <w:t>Срок действия согласия:</w:t>
      </w:r>
      <w:r>
        <w:rPr>
          <w:rFonts w:ascii="Arial" w:hAnsi="Arial" w:eastAsia="Arial"/>
          <w:b w:val="0"/>
          <w:sz w:val="20"/>
        </w:rPr>
        <w:t xml:space="preserve"> ________________________ (например: до прекращения трудового договора или до определенной даты).</w:t>
      </w:r>
    </w:p>
    <w:p>
      <w:pPr>
        <w:spacing w:before="140" w:after="0" w:line="276" w:lineRule="auto"/>
      </w:pPr>
      <w:r>
        <w:rPr>
          <w:rFonts w:ascii="Arial" w:hAnsi="Arial" w:eastAsia="Arial"/>
          <w:b w:val="0"/>
          <w:sz w:val="20"/>
        </w:rPr>
        <w:t>Я могу в любое время потребовать прекратить распространение моих данных. В требовании я укажу фамилию, имя, отчество, контакт для связи и перечень данных (ч. 12 ст. 10.1 Федерального закона от 27.07.2006 № 152-ФЗ). Требование я направляю оператору, а также могу отправить его на info@qqkod.ru с адресом страницы.</w:t>
      </w:r>
    </w:p>
    <w:p>
      <w:pPr>
        <w:spacing w:before="360" w:after="0" w:line="276" w:lineRule="auto"/>
      </w:pPr>
      <w:r>
        <w:rPr>
          <w:rFonts w:ascii="Arial" w:hAnsi="Arial" w:eastAsia="Arial"/>
          <w:b w:val="0"/>
          <w:sz w:val="20"/>
        </w:rPr>
        <w:t>Дата: ____________   Подпись: ____________ / ________________________ (расшифровка)</w:t>
      </w:r>
    </w:p>
    <w:p>
      <w:pPr>
        <w:spacing w:before="280" w:after="0" w:line="276" w:lineRule="auto"/>
      </w:pPr>
      <w:r>
        <w:rPr>
          <w:rFonts w:ascii="Arial" w:hAnsi="Arial" w:eastAsia="Arial"/>
          <w:b w:val="0"/>
          <w:color w:val="666666"/>
          <w:sz w:val="16"/>
        </w:rPr>
        <w:t>Для оператора. Храните подписанное согласие у себя, присылать его на qqkod.ru не нужно. Если работник установил условия или запреты, укажите их на странице не позже 3 рабочих дней после получения согласия (ч. 10 ст. 10.1 закона № 152-ФЗ). Бланк собран на qqkod.ru по требованиям приказа Роскомнадзора от 24.02.2021 № 18.</w:t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разрешенных для распространения</dc:title>
  <dc:subject/>
  <dc:creator>qqkod.ru</dc:creator>
  <cp:keywords/>
  <dc:description>generated by python-docx</dc:description>
  <cp:lastModifiedBy>qqkod.ru</cp:lastModifiedBy>
  <cp:revision>1</cp:revision>
  <dcterms:created xsi:type="dcterms:W3CDTF">2026-10-18T12:00:00Z</dcterms:created>
  <dcterms:modified xsi:type="dcterms:W3CDTF">2026-10-18T12:00:00Z</dcterms:modified>
  <cp:category/>
</cp:coreProperties>
</file>