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1200"/>
        <w:jc w:val="left"/>
      </w:pPr>
      <w:r>
        <w:rPr>
          <w:rFonts w:ascii="Arial" w:hAnsi="Arial" w:eastAsia="Arial"/>
          <w:b w:val="0"/>
          <w:color w:val="000000"/>
          <w:sz w:val="20"/>
        </w:rPr>
      </w:r>
    </w:p>
    <w:p>
      <w:pPr>
        <w:spacing w:before="0" w:after="600"/>
        <w:jc w:val="center"/>
      </w:pPr>
      <w:r>
        <w:rPr>
          <w:rFonts w:ascii="Arial" w:hAnsi="Arial" w:eastAsia="Arial"/>
          <w:b/>
          <w:color w:val="000000"/>
          <w:sz w:val="48"/>
        </w:rPr>
        <w:t>Журнал эксплуатации систем противопожарной защиты</w:t>
      </w:r>
    </w:p>
    <w:p>
      <w:pPr>
        <w:spacing w:before="0" w:after="280"/>
        <w:jc w:val="left"/>
      </w:pPr>
      <w:r>
        <w:rPr>
          <w:rFonts w:ascii="Arial" w:hAnsi="Arial" w:eastAsia="Arial"/>
          <w:b w:val="0"/>
          <w:color w:val="000000"/>
          <w:sz w:val="24"/>
        </w:rPr>
        <w:t>Организация: ____________________________________________________________</w:t>
      </w:r>
    </w:p>
    <w:p>
      <w:pPr>
        <w:spacing w:before="0" w:after="280"/>
        <w:jc w:val="left"/>
      </w:pPr>
      <w:r>
        <w:rPr>
          <w:rFonts w:ascii="Arial" w:hAnsi="Arial" w:eastAsia="Arial"/>
          <w:b w:val="0"/>
          <w:color w:val="000000"/>
          <w:sz w:val="24"/>
        </w:rPr>
        <w:t>Объект защиты (адрес): ____________________________________________________________</w:t>
      </w:r>
    </w:p>
    <w:p>
      <w:pPr>
        <w:spacing w:before="0" w:after="280"/>
        <w:jc w:val="left"/>
      </w:pPr>
      <w:r>
        <w:rPr>
          <w:rFonts w:ascii="Arial" w:hAnsi="Arial" w:eastAsia="Arial"/>
          <w:b w:val="0"/>
          <w:color w:val="000000"/>
          <w:sz w:val="24"/>
        </w:rPr>
        <w:t>Начат: ____________________________________________________________</w:t>
      </w:r>
    </w:p>
    <w:p>
      <w:pPr>
        <w:spacing w:before="0" w:after="280"/>
        <w:jc w:val="left"/>
      </w:pPr>
      <w:r>
        <w:rPr>
          <w:rFonts w:ascii="Arial" w:hAnsi="Arial" w:eastAsia="Arial"/>
          <w:b w:val="0"/>
          <w:color w:val="000000"/>
          <w:sz w:val="24"/>
        </w:rPr>
        <w:t>Окончен: ____________________________________________________________</w:t>
      </w:r>
    </w:p>
    <w:p>
      <w:pPr>
        <w:spacing w:before="0" w:after="280"/>
        <w:jc w:val="left"/>
      </w:pPr>
      <w:r>
        <w:rPr>
          <w:rFonts w:ascii="Arial" w:hAnsi="Arial" w:eastAsia="Arial"/>
          <w:b w:val="0"/>
          <w:color w:val="000000"/>
          <w:sz w:val="24"/>
        </w:rPr>
        <w:t>Ответственный за ведение (должность, Ф. И. О.): ____________________________________________________________</w:t>
      </w:r>
    </w:p>
    <w:p>
      <w:pPr>
        <w:spacing w:before="0" w:after="600"/>
        <w:jc w:val="left"/>
      </w:pPr>
      <w:r>
        <w:rPr>
          <w:rFonts w:ascii="Arial" w:hAnsi="Arial" w:eastAsia="Arial"/>
          <w:b w:val="0"/>
          <w:color w:val="000000"/>
          <w:sz w:val="20"/>
        </w:rPr>
      </w:r>
    </w:p>
    <w:p>
      <w:pPr>
        <w:spacing w:before="0" w:after="40"/>
        <w:jc w:val="center"/>
      </w:pPr>
      <w:r>
        <w:rPr>
          <w:rFonts w:ascii="Arial" w:hAnsi="Arial" w:eastAsia="Arial"/>
          <w:b w:val="0"/>
          <w:color w:val="555555"/>
          <w:sz w:val="18"/>
        </w:rPr>
        <w:t>Форма журнала определена руководителем объекта защиты (п. 17(1) Правил противопожарного режима, постановление № 1479).</w:t>
      </w:r>
    </w:p>
    <w:p>
      <w:pPr>
        <w:spacing w:before="0" w:after="0"/>
        <w:jc w:val="center"/>
      </w:pPr>
      <w:r>
        <w:rPr>
          <w:rFonts w:ascii="Arial" w:hAnsi="Arial" w:eastAsia="Arial"/>
          <w:b w:val="0"/>
          <w:color w:val="555555"/>
          <w:sz w:val="15"/>
        </w:rPr>
        <w:t>Бланк журнала эксплуатации систем противопожарной защиты. qqkod.ru</w:t>
      </w:r>
    </w:p>
    <w:p>
      <w:r>
        <w:br w:type="page"/>
      </w:r>
    </w:p>
    <w:p>
      <w:pPr>
        <w:spacing w:before="0" w:after="40"/>
        <w:jc w:val="left"/>
      </w:pPr>
      <w:r>
        <w:rPr>
          <w:rFonts w:ascii="Arial" w:hAnsi="Arial" w:eastAsia="Arial"/>
          <w:b/>
          <w:color w:val="000000"/>
          <w:sz w:val="26"/>
        </w:rPr>
        <w:t>Раздел 1. Испытания пожарных лестниц, металлических наружных открытых лестниц для эвакуации и ограждений кровли</w:t>
      </w:r>
    </w:p>
    <w:p>
      <w:pPr>
        <w:spacing w:before="0" w:after="120"/>
        <w:jc w:val="left"/>
      </w:pPr>
      <w:r>
        <w:rPr>
          <w:rFonts w:ascii="Arial" w:hAnsi="Arial" w:eastAsia="Arial"/>
          <w:b w:val="0"/>
          <w:color w:val="555555"/>
          <w:sz w:val="19"/>
        </w:rPr>
        <w:t>п. 17 «б» ППР № 1479, не реже 1 раза в 5 лет, с протоколом испытаний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163"/>
        <w:gridCol w:w="2163"/>
        <w:gridCol w:w="2163"/>
        <w:gridCol w:w="2163"/>
        <w:gridCol w:w="2163"/>
        <w:gridCol w:w="2163"/>
        <w:gridCol w:w="2163"/>
      </w:tblGrid>
      <w:tr>
        <w:tc>
          <w:tcPr>
            <w:tcW w:type="dxa" w:w="567"/>
            <w:shd w:val="clear" w:color="auto" w:fill="EDEDED"/>
          </w:tcPr>
          <w:p>
            <w:pPr>
              <w:spacing w:before="20" w:after="20"/>
              <w:jc w:val="center"/>
            </w:pPr>
            <w:r>
              <w:rPr>
                <w:rFonts w:ascii="Arial" w:hAnsi="Arial" w:eastAsia="Arial"/>
                <w:b/>
                <w:color w:val="000000"/>
                <w:sz w:val="17"/>
              </w:rPr>
              <w:t>№</w:t>
            </w:r>
          </w:p>
        </w:tc>
        <w:tc>
          <w:tcPr>
            <w:tcW w:type="dxa" w:w="1247"/>
            <w:shd w:val="clear" w:color="auto" w:fill="EDEDED"/>
          </w:tcPr>
          <w:p>
            <w:pPr>
              <w:spacing w:before="20" w:after="20"/>
              <w:jc w:val="center"/>
            </w:pPr>
            <w:r>
              <w:rPr>
                <w:rFonts w:ascii="Arial" w:hAnsi="Arial" w:eastAsia="Arial"/>
                <w:b/>
                <w:color w:val="000000"/>
                <w:sz w:val="17"/>
              </w:rPr>
              <w:t>Дата</w:t>
            </w:r>
          </w:p>
        </w:tc>
        <w:tc>
          <w:tcPr>
            <w:tcW w:type="dxa" w:w="2835"/>
            <w:shd w:val="clear" w:color="auto" w:fill="EDEDED"/>
          </w:tcPr>
          <w:p>
            <w:pPr>
              <w:spacing w:before="20" w:after="20"/>
              <w:jc w:val="center"/>
            </w:pPr>
            <w:r>
              <w:rPr>
                <w:rFonts w:ascii="Arial" w:hAnsi="Arial" w:eastAsia="Arial"/>
                <w:b/>
                <w:color w:val="000000"/>
                <w:sz w:val="17"/>
              </w:rPr>
              <w:t>Система или объект</w:t>
            </w:r>
          </w:p>
        </w:tc>
        <w:tc>
          <w:tcPr>
            <w:tcW w:type="dxa" w:w="2268"/>
            <w:shd w:val="clear" w:color="auto" w:fill="EDEDED"/>
          </w:tcPr>
          <w:p>
            <w:pPr>
              <w:spacing w:before="20" w:after="20"/>
              <w:jc w:val="center"/>
            </w:pPr>
            <w:r>
              <w:rPr>
                <w:rFonts w:ascii="Arial" w:hAnsi="Arial" w:eastAsia="Arial"/>
                <w:b/>
                <w:color w:val="000000"/>
                <w:sz w:val="17"/>
              </w:rPr>
              <w:t>Вид работы</w:t>
            </w:r>
          </w:p>
        </w:tc>
        <w:tc>
          <w:tcPr>
            <w:tcW w:type="dxa" w:w="2268"/>
            <w:shd w:val="clear" w:color="auto" w:fill="EDEDED"/>
          </w:tcPr>
          <w:p>
            <w:pPr>
              <w:spacing w:before="20" w:after="20"/>
              <w:jc w:val="center"/>
            </w:pPr>
            <w:r>
              <w:rPr>
                <w:rFonts w:ascii="Arial" w:hAnsi="Arial" w:eastAsia="Arial"/>
                <w:b/>
                <w:color w:val="000000"/>
                <w:sz w:val="17"/>
              </w:rPr>
              <w:t>Результат</w:t>
            </w:r>
          </w:p>
        </w:tc>
        <w:tc>
          <w:tcPr>
            <w:tcW w:type="dxa" w:w="2835"/>
            <w:shd w:val="clear" w:color="auto" w:fill="EDEDED"/>
          </w:tcPr>
          <w:p>
            <w:pPr>
              <w:spacing w:before="20" w:after="20"/>
              <w:jc w:val="center"/>
            </w:pPr>
            <w:r>
              <w:rPr>
                <w:rFonts w:ascii="Arial" w:hAnsi="Arial" w:eastAsia="Arial"/>
                <w:b/>
                <w:color w:val="000000"/>
                <w:sz w:val="17"/>
              </w:rPr>
              <w:t>Документ и исполнитель</w:t>
            </w:r>
          </w:p>
        </w:tc>
        <w:tc>
          <w:tcPr>
            <w:tcW w:type="dxa" w:w="3118"/>
            <w:shd w:val="clear" w:color="auto" w:fill="EDEDED"/>
          </w:tcPr>
          <w:p>
            <w:pPr>
              <w:spacing w:before="20" w:after="20"/>
              <w:jc w:val="center"/>
            </w:pPr>
            <w:r>
              <w:rPr>
                <w:rFonts w:ascii="Arial" w:hAnsi="Arial" w:eastAsia="Arial"/>
                <w:b/>
                <w:color w:val="000000"/>
                <w:sz w:val="17"/>
              </w:rPr>
              <w:t>Должность, Ф. И. О., подпись</w:t>
            </w:r>
          </w:p>
        </w:tc>
      </w:tr>
      <w:tr>
        <w:trPr>
          <w:trHeight w:val="510"/>
        </w:trPr>
        <w:tc>
          <w:tcPr>
            <w:tcW w:type="dxa" w:w="567"/>
          </w:tcPr>
          <w:p>
            <w:pPr>
              <w:spacing w:before="20" w:after="20"/>
              <w:jc w:val="center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  <w:t>1</w:t>
            </w:r>
          </w:p>
        </w:tc>
        <w:tc>
          <w:tcPr>
            <w:tcW w:type="dxa" w:w="1247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835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268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268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835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3118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</w:tr>
      <w:tr>
        <w:trPr>
          <w:trHeight w:val="510"/>
        </w:trPr>
        <w:tc>
          <w:tcPr>
            <w:tcW w:type="dxa" w:w="567"/>
          </w:tcPr>
          <w:p>
            <w:pPr>
              <w:spacing w:before="20" w:after="20"/>
              <w:jc w:val="center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  <w:t>2</w:t>
            </w:r>
          </w:p>
        </w:tc>
        <w:tc>
          <w:tcPr>
            <w:tcW w:type="dxa" w:w="1247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835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268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268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835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3118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</w:tr>
      <w:tr>
        <w:trPr>
          <w:trHeight w:val="510"/>
        </w:trPr>
        <w:tc>
          <w:tcPr>
            <w:tcW w:type="dxa" w:w="567"/>
          </w:tcPr>
          <w:p>
            <w:pPr>
              <w:spacing w:before="20" w:after="20"/>
              <w:jc w:val="center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  <w:t>3</w:t>
            </w:r>
          </w:p>
        </w:tc>
        <w:tc>
          <w:tcPr>
            <w:tcW w:type="dxa" w:w="1247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835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268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268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835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3118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</w:tr>
      <w:tr>
        <w:trPr>
          <w:trHeight w:val="510"/>
        </w:trPr>
        <w:tc>
          <w:tcPr>
            <w:tcW w:type="dxa" w:w="567"/>
          </w:tcPr>
          <w:p>
            <w:pPr>
              <w:spacing w:before="20" w:after="20"/>
              <w:jc w:val="center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1247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835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268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268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835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3118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</w:tr>
      <w:tr>
        <w:trPr>
          <w:trHeight w:val="510"/>
        </w:trPr>
        <w:tc>
          <w:tcPr>
            <w:tcW w:type="dxa" w:w="567"/>
          </w:tcPr>
          <w:p>
            <w:pPr>
              <w:spacing w:before="20" w:after="20"/>
              <w:jc w:val="center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  <w:t>5</w:t>
            </w:r>
          </w:p>
        </w:tc>
        <w:tc>
          <w:tcPr>
            <w:tcW w:type="dxa" w:w="1247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835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268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268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835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3118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</w:tr>
      <w:tr>
        <w:trPr>
          <w:trHeight w:val="510"/>
        </w:trPr>
        <w:tc>
          <w:tcPr>
            <w:tcW w:type="dxa" w:w="567"/>
          </w:tcPr>
          <w:p>
            <w:pPr>
              <w:spacing w:before="20" w:after="20"/>
              <w:jc w:val="center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  <w:t>6</w:t>
            </w:r>
          </w:p>
        </w:tc>
        <w:tc>
          <w:tcPr>
            <w:tcW w:type="dxa" w:w="1247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835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268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268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835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3118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</w:tr>
      <w:tr>
        <w:trPr>
          <w:trHeight w:val="510"/>
        </w:trPr>
        <w:tc>
          <w:tcPr>
            <w:tcW w:type="dxa" w:w="567"/>
          </w:tcPr>
          <w:p>
            <w:pPr>
              <w:spacing w:before="20" w:after="20"/>
              <w:jc w:val="center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  <w:t>7</w:t>
            </w:r>
          </w:p>
        </w:tc>
        <w:tc>
          <w:tcPr>
            <w:tcW w:type="dxa" w:w="1247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835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268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268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835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3118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</w:tr>
      <w:tr>
        <w:trPr>
          <w:trHeight w:val="510"/>
        </w:trPr>
        <w:tc>
          <w:tcPr>
            <w:tcW w:type="dxa" w:w="567"/>
          </w:tcPr>
          <w:p>
            <w:pPr>
              <w:spacing w:before="20" w:after="20"/>
              <w:jc w:val="center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  <w:t>8</w:t>
            </w:r>
          </w:p>
        </w:tc>
        <w:tc>
          <w:tcPr>
            <w:tcW w:type="dxa" w:w="1247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835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268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268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835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3118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</w:tr>
      <w:tr>
        <w:trPr>
          <w:trHeight w:val="510"/>
        </w:trPr>
        <w:tc>
          <w:tcPr>
            <w:tcW w:type="dxa" w:w="567"/>
          </w:tcPr>
          <w:p>
            <w:pPr>
              <w:spacing w:before="20" w:after="20"/>
              <w:jc w:val="center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  <w:t>9</w:t>
            </w:r>
          </w:p>
        </w:tc>
        <w:tc>
          <w:tcPr>
            <w:tcW w:type="dxa" w:w="1247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835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268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268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835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3118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</w:tr>
      <w:tr>
        <w:trPr>
          <w:trHeight w:val="510"/>
        </w:trPr>
        <w:tc>
          <w:tcPr>
            <w:tcW w:type="dxa" w:w="567"/>
          </w:tcPr>
          <w:p>
            <w:pPr>
              <w:spacing w:before="20" w:after="20"/>
              <w:jc w:val="center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  <w:t>10</w:t>
            </w:r>
          </w:p>
        </w:tc>
        <w:tc>
          <w:tcPr>
            <w:tcW w:type="dxa" w:w="1247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835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268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268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835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3118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</w:tr>
      <w:tr>
        <w:trPr>
          <w:trHeight w:val="510"/>
        </w:trPr>
        <w:tc>
          <w:tcPr>
            <w:tcW w:type="dxa" w:w="567"/>
          </w:tcPr>
          <w:p>
            <w:pPr>
              <w:spacing w:before="20" w:after="20"/>
              <w:jc w:val="center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  <w:t>11</w:t>
            </w:r>
          </w:p>
        </w:tc>
        <w:tc>
          <w:tcPr>
            <w:tcW w:type="dxa" w:w="1247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835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268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268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835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3118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</w:tr>
      <w:tr>
        <w:trPr>
          <w:trHeight w:val="510"/>
        </w:trPr>
        <w:tc>
          <w:tcPr>
            <w:tcW w:type="dxa" w:w="567"/>
          </w:tcPr>
          <w:p>
            <w:pPr>
              <w:spacing w:before="20" w:after="20"/>
              <w:jc w:val="center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  <w:t>12</w:t>
            </w:r>
          </w:p>
        </w:tc>
        <w:tc>
          <w:tcPr>
            <w:tcW w:type="dxa" w:w="1247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835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268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268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835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3118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</w:tr>
      <w:tr>
        <w:trPr>
          <w:trHeight w:val="510"/>
        </w:trPr>
        <w:tc>
          <w:tcPr>
            <w:tcW w:type="dxa" w:w="567"/>
          </w:tcPr>
          <w:p>
            <w:pPr>
              <w:spacing w:before="20" w:after="20"/>
              <w:jc w:val="center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  <w:t>13</w:t>
            </w:r>
          </w:p>
        </w:tc>
        <w:tc>
          <w:tcPr>
            <w:tcW w:type="dxa" w:w="1247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835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268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268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835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3118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</w:tr>
      <w:tr>
        <w:trPr>
          <w:trHeight w:val="510"/>
        </w:trPr>
        <w:tc>
          <w:tcPr>
            <w:tcW w:type="dxa" w:w="567"/>
          </w:tcPr>
          <w:p>
            <w:pPr>
              <w:spacing w:before="20" w:after="20"/>
              <w:jc w:val="center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  <w:t>14</w:t>
            </w:r>
          </w:p>
        </w:tc>
        <w:tc>
          <w:tcPr>
            <w:tcW w:type="dxa" w:w="1247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835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268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268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835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3118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</w:tr>
      <w:tr>
        <w:trPr>
          <w:trHeight w:val="510"/>
        </w:trPr>
        <w:tc>
          <w:tcPr>
            <w:tcW w:type="dxa" w:w="567"/>
          </w:tcPr>
          <w:p>
            <w:pPr>
              <w:spacing w:before="20" w:after="20"/>
              <w:jc w:val="center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  <w:t>15</w:t>
            </w:r>
          </w:p>
        </w:tc>
        <w:tc>
          <w:tcPr>
            <w:tcW w:type="dxa" w:w="1247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835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268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268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835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3118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</w:tr>
    </w:tbl>
    <w:p>
      <w:r>
        <w:br w:type="page"/>
      </w:r>
    </w:p>
    <w:p>
      <w:pPr>
        <w:spacing w:before="0" w:after="40"/>
        <w:jc w:val="left"/>
      </w:pPr>
      <w:r>
        <w:rPr>
          <w:rFonts w:ascii="Arial" w:hAnsi="Arial" w:eastAsia="Arial"/>
          <w:b/>
          <w:color w:val="000000"/>
          <w:sz w:val="26"/>
        </w:rPr>
        <w:t>Раздел 2. Проверка средств индивидуальной защиты органов дыхания и зрения</w:t>
      </w:r>
    </w:p>
    <w:p>
      <w:pPr>
        <w:spacing w:before="0" w:after="120"/>
        <w:jc w:val="left"/>
      </w:pPr>
      <w:r>
        <w:rPr>
          <w:rFonts w:ascii="Arial" w:hAnsi="Arial" w:eastAsia="Arial"/>
          <w:b w:val="0"/>
          <w:color w:val="555555"/>
          <w:sz w:val="19"/>
        </w:rPr>
        <w:t>п. 30 ППР № 1479, 1 раз в год, объекты с массовым пребыванием людей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163"/>
        <w:gridCol w:w="2163"/>
        <w:gridCol w:w="2163"/>
        <w:gridCol w:w="2163"/>
        <w:gridCol w:w="2163"/>
        <w:gridCol w:w="2163"/>
        <w:gridCol w:w="2163"/>
      </w:tblGrid>
      <w:tr>
        <w:tc>
          <w:tcPr>
            <w:tcW w:type="dxa" w:w="567"/>
            <w:shd w:val="clear" w:color="auto" w:fill="EDEDED"/>
          </w:tcPr>
          <w:p>
            <w:pPr>
              <w:spacing w:before="20" w:after="20"/>
              <w:jc w:val="center"/>
            </w:pPr>
            <w:r>
              <w:rPr>
                <w:rFonts w:ascii="Arial" w:hAnsi="Arial" w:eastAsia="Arial"/>
                <w:b/>
                <w:color w:val="000000"/>
                <w:sz w:val="17"/>
              </w:rPr>
              <w:t>№</w:t>
            </w:r>
          </w:p>
        </w:tc>
        <w:tc>
          <w:tcPr>
            <w:tcW w:type="dxa" w:w="1247"/>
            <w:shd w:val="clear" w:color="auto" w:fill="EDEDED"/>
          </w:tcPr>
          <w:p>
            <w:pPr>
              <w:spacing w:before="20" w:after="20"/>
              <w:jc w:val="center"/>
            </w:pPr>
            <w:r>
              <w:rPr>
                <w:rFonts w:ascii="Arial" w:hAnsi="Arial" w:eastAsia="Arial"/>
                <w:b/>
                <w:color w:val="000000"/>
                <w:sz w:val="17"/>
              </w:rPr>
              <w:t>Дата</w:t>
            </w:r>
          </w:p>
        </w:tc>
        <w:tc>
          <w:tcPr>
            <w:tcW w:type="dxa" w:w="2835"/>
            <w:shd w:val="clear" w:color="auto" w:fill="EDEDED"/>
          </w:tcPr>
          <w:p>
            <w:pPr>
              <w:spacing w:before="20" w:after="20"/>
              <w:jc w:val="center"/>
            </w:pPr>
            <w:r>
              <w:rPr>
                <w:rFonts w:ascii="Arial" w:hAnsi="Arial" w:eastAsia="Arial"/>
                <w:b/>
                <w:color w:val="000000"/>
                <w:sz w:val="17"/>
              </w:rPr>
              <w:t>Система или объект</w:t>
            </w:r>
          </w:p>
        </w:tc>
        <w:tc>
          <w:tcPr>
            <w:tcW w:type="dxa" w:w="2268"/>
            <w:shd w:val="clear" w:color="auto" w:fill="EDEDED"/>
          </w:tcPr>
          <w:p>
            <w:pPr>
              <w:spacing w:before="20" w:after="20"/>
              <w:jc w:val="center"/>
            </w:pPr>
            <w:r>
              <w:rPr>
                <w:rFonts w:ascii="Arial" w:hAnsi="Arial" w:eastAsia="Arial"/>
                <w:b/>
                <w:color w:val="000000"/>
                <w:sz w:val="17"/>
              </w:rPr>
              <w:t>Вид работы</w:t>
            </w:r>
          </w:p>
        </w:tc>
        <w:tc>
          <w:tcPr>
            <w:tcW w:type="dxa" w:w="2268"/>
            <w:shd w:val="clear" w:color="auto" w:fill="EDEDED"/>
          </w:tcPr>
          <w:p>
            <w:pPr>
              <w:spacing w:before="20" w:after="20"/>
              <w:jc w:val="center"/>
            </w:pPr>
            <w:r>
              <w:rPr>
                <w:rFonts w:ascii="Arial" w:hAnsi="Arial" w:eastAsia="Arial"/>
                <w:b/>
                <w:color w:val="000000"/>
                <w:sz w:val="17"/>
              </w:rPr>
              <w:t>Результат</w:t>
            </w:r>
          </w:p>
        </w:tc>
        <w:tc>
          <w:tcPr>
            <w:tcW w:type="dxa" w:w="2835"/>
            <w:shd w:val="clear" w:color="auto" w:fill="EDEDED"/>
          </w:tcPr>
          <w:p>
            <w:pPr>
              <w:spacing w:before="20" w:after="20"/>
              <w:jc w:val="center"/>
            </w:pPr>
            <w:r>
              <w:rPr>
                <w:rFonts w:ascii="Arial" w:hAnsi="Arial" w:eastAsia="Arial"/>
                <w:b/>
                <w:color w:val="000000"/>
                <w:sz w:val="17"/>
              </w:rPr>
              <w:t>Документ и исполнитель</w:t>
            </w:r>
          </w:p>
        </w:tc>
        <w:tc>
          <w:tcPr>
            <w:tcW w:type="dxa" w:w="3118"/>
            <w:shd w:val="clear" w:color="auto" w:fill="EDEDED"/>
          </w:tcPr>
          <w:p>
            <w:pPr>
              <w:spacing w:before="20" w:after="20"/>
              <w:jc w:val="center"/>
            </w:pPr>
            <w:r>
              <w:rPr>
                <w:rFonts w:ascii="Arial" w:hAnsi="Arial" w:eastAsia="Arial"/>
                <w:b/>
                <w:color w:val="000000"/>
                <w:sz w:val="17"/>
              </w:rPr>
              <w:t>Должность, Ф. И. О., подпись</w:t>
            </w:r>
          </w:p>
        </w:tc>
      </w:tr>
      <w:tr>
        <w:trPr>
          <w:trHeight w:val="510"/>
        </w:trPr>
        <w:tc>
          <w:tcPr>
            <w:tcW w:type="dxa" w:w="567"/>
          </w:tcPr>
          <w:p>
            <w:pPr>
              <w:spacing w:before="20" w:after="20"/>
              <w:jc w:val="center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  <w:t>1</w:t>
            </w:r>
          </w:p>
        </w:tc>
        <w:tc>
          <w:tcPr>
            <w:tcW w:type="dxa" w:w="1247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835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268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268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835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3118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</w:tr>
      <w:tr>
        <w:trPr>
          <w:trHeight w:val="510"/>
        </w:trPr>
        <w:tc>
          <w:tcPr>
            <w:tcW w:type="dxa" w:w="567"/>
          </w:tcPr>
          <w:p>
            <w:pPr>
              <w:spacing w:before="20" w:after="20"/>
              <w:jc w:val="center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  <w:t>2</w:t>
            </w:r>
          </w:p>
        </w:tc>
        <w:tc>
          <w:tcPr>
            <w:tcW w:type="dxa" w:w="1247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835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268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268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835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3118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</w:tr>
      <w:tr>
        <w:trPr>
          <w:trHeight w:val="510"/>
        </w:trPr>
        <w:tc>
          <w:tcPr>
            <w:tcW w:type="dxa" w:w="567"/>
          </w:tcPr>
          <w:p>
            <w:pPr>
              <w:spacing w:before="20" w:after="20"/>
              <w:jc w:val="center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  <w:t>3</w:t>
            </w:r>
          </w:p>
        </w:tc>
        <w:tc>
          <w:tcPr>
            <w:tcW w:type="dxa" w:w="1247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835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268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268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835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3118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</w:tr>
      <w:tr>
        <w:trPr>
          <w:trHeight w:val="510"/>
        </w:trPr>
        <w:tc>
          <w:tcPr>
            <w:tcW w:type="dxa" w:w="567"/>
          </w:tcPr>
          <w:p>
            <w:pPr>
              <w:spacing w:before="20" w:after="20"/>
              <w:jc w:val="center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1247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835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268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268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835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3118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</w:tr>
      <w:tr>
        <w:trPr>
          <w:trHeight w:val="510"/>
        </w:trPr>
        <w:tc>
          <w:tcPr>
            <w:tcW w:type="dxa" w:w="567"/>
          </w:tcPr>
          <w:p>
            <w:pPr>
              <w:spacing w:before="20" w:after="20"/>
              <w:jc w:val="center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  <w:t>5</w:t>
            </w:r>
          </w:p>
        </w:tc>
        <w:tc>
          <w:tcPr>
            <w:tcW w:type="dxa" w:w="1247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835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268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268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835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3118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</w:tr>
      <w:tr>
        <w:trPr>
          <w:trHeight w:val="510"/>
        </w:trPr>
        <w:tc>
          <w:tcPr>
            <w:tcW w:type="dxa" w:w="567"/>
          </w:tcPr>
          <w:p>
            <w:pPr>
              <w:spacing w:before="20" w:after="20"/>
              <w:jc w:val="center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  <w:t>6</w:t>
            </w:r>
          </w:p>
        </w:tc>
        <w:tc>
          <w:tcPr>
            <w:tcW w:type="dxa" w:w="1247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835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268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268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835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3118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</w:tr>
      <w:tr>
        <w:trPr>
          <w:trHeight w:val="510"/>
        </w:trPr>
        <w:tc>
          <w:tcPr>
            <w:tcW w:type="dxa" w:w="567"/>
          </w:tcPr>
          <w:p>
            <w:pPr>
              <w:spacing w:before="20" w:after="20"/>
              <w:jc w:val="center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  <w:t>7</w:t>
            </w:r>
          </w:p>
        </w:tc>
        <w:tc>
          <w:tcPr>
            <w:tcW w:type="dxa" w:w="1247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835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268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268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835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3118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</w:tr>
      <w:tr>
        <w:trPr>
          <w:trHeight w:val="510"/>
        </w:trPr>
        <w:tc>
          <w:tcPr>
            <w:tcW w:type="dxa" w:w="567"/>
          </w:tcPr>
          <w:p>
            <w:pPr>
              <w:spacing w:before="20" w:after="20"/>
              <w:jc w:val="center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  <w:t>8</w:t>
            </w:r>
          </w:p>
        </w:tc>
        <w:tc>
          <w:tcPr>
            <w:tcW w:type="dxa" w:w="1247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835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268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268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835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3118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</w:tr>
      <w:tr>
        <w:trPr>
          <w:trHeight w:val="510"/>
        </w:trPr>
        <w:tc>
          <w:tcPr>
            <w:tcW w:type="dxa" w:w="567"/>
          </w:tcPr>
          <w:p>
            <w:pPr>
              <w:spacing w:before="20" w:after="20"/>
              <w:jc w:val="center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  <w:t>9</w:t>
            </w:r>
          </w:p>
        </w:tc>
        <w:tc>
          <w:tcPr>
            <w:tcW w:type="dxa" w:w="1247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835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268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268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835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3118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</w:tr>
      <w:tr>
        <w:trPr>
          <w:trHeight w:val="510"/>
        </w:trPr>
        <w:tc>
          <w:tcPr>
            <w:tcW w:type="dxa" w:w="567"/>
          </w:tcPr>
          <w:p>
            <w:pPr>
              <w:spacing w:before="20" w:after="20"/>
              <w:jc w:val="center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  <w:t>10</w:t>
            </w:r>
          </w:p>
        </w:tc>
        <w:tc>
          <w:tcPr>
            <w:tcW w:type="dxa" w:w="1247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835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268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268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835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3118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</w:tr>
      <w:tr>
        <w:trPr>
          <w:trHeight w:val="510"/>
        </w:trPr>
        <w:tc>
          <w:tcPr>
            <w:tcW w:type="dxa" w:w="567"/>
          </w:tcPr>
          <w:p>
            <w:pPr>
              <w:spacing w:before="20" w:after="20"/>
              <w:jc w:val="center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  <w:t>11</w:t>
            </w:r>
          </w:p>
        </w:tc>
        <w:tc>
          <w:tcPr>
            <w:tcW w:type="dxa" w:w="1247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835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268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268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835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3118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</w:tr>
      <w:tr>
        <w:trPr>
          <w:trHeight w:val="510"/>
        </w:trPr>
        <w:tc>
          <w:tcPr>
            <w:tcW w:type="dxa" w:w="567"/>
          </w:tcPr>
          <w:p>
            <w:pPr>
              <w:spacing w:before="20" w:after="20"/>
              <w:jc w:val="center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  <w:t>12</w:t>
            </w:r>
          </w:p>
        </w:tc>
        <w:tc>
          <w:tcPr>
            <w:tcW w:type="dxa" w:w="1247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835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268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268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835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3118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</w:tr>
      <w:tr>
        <w:trPr>
          <w:trHeight w:val="510"/>
        </w:trPr>
        <w:tc>
          <w:tcPr>
            <w:tcW w:type="dxa" w:w="567"/>
          </w:tcPr>
          <w:p>
            <w:pPr>
              <w:spacing w:before="20" w:after="20"/>
              <w:jc w:val="center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  <w:t>13</w:t>
            </w:r>
          </w:p>
        </w:tc>
        <w:tc>
          <w:tcPr>
            <w:tcW w:type="dxa" w:w="1247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835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268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268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835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3118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</w:tr>
      <w:tr>
        <w:trPr>
          <w:trHeight w:val="510"/>
        </w:trPr>
        <w:tc>
          <w:tcPr>
            <w:tcW w:type="dxa" w:w="567"/>
          </w:tcPr>
          <w:p>
            <w:pPr>
              <w:spacing w:before="20" w:after="20"/>
              <w:jc w:val="center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  <w:t>14</w:t>
            </w:r>
          </w:p>
        </w:tc>
        <w:tc>
          <w:tcPr>
            <w:tcW w:type="dxa" w:w="1247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835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268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268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835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3118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</w:tr>
      <w:tr>
        <w:trPr>
          <w:trHeight w:val="510"/>
        </w:trPr>
        <w:tc>
          <w:tcPr>
            <w:tcW w:type="dxa" w:w="567"/>
          </w:tcPr>
          <w:p>
            <w:pPr>
              <w:spacing w:before="20" w:after="20"/>
              <w:jc w:val="center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  <w:t>15</w:t>
            </w:r>
          </w:p>
        </w:tc>
        <w:tc>
          <w:tcPr>
            <w:tcW w:type="dxa" w:w="1247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835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268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268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835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3118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</w:tr>
    </w:tbl>
    <w:p>
      <w:r>
        <w:br w:type="page"/>
      </w:r>
    </w:p>
    <w:p>
      <w:pPr>
        <w:spacing w:before="0" w:after="40"/>
        <w:jc w:val="left"/>
      </w:pPr>
      <w:r>
        <w:rPr>
          <w:rFonts w:ascii="Arial" w:hAnsi="Arial" w:eastAsia="Arial"/>
          <w:b/>
          <w:color w:val="000000"/>
          <w:sz w:val="26"/>
        </w:rPr>
        <w:t>Раздел 3. Проверка огнезадерживающих устройств и устройств отключения вентиляции при пожаре</w:t>
      </w:r>
    </w:p>
    <w:p>
      <w:pPr>
        <w:spacing w:before="0" w:after="120"/>
        <w:jc w:val="left"/>
      </w:pPr>
      <w:r>
        <w:rPr>
          <w:rFonts w:ascii="Arial" w:hAnsi="Arial" w:eastAsia="Arial"/>
          <w:b w:val="0"/>
          <w:color w:val="555555"/>
          <w:sz w:val="19"/>
        </w:rPr>
        <w:t>п. 42 ППР № 1479, по технической документации изготовителя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163"/>
        <w:gridCol w:w="2163"/>
        <w:gridCol w:w="2163"/>
        <w:gridCol w:w="2163"/>
        <w:gridCol w:w="2163"/>
        <w:gridCol w:w="2163"/>
        <w:gridCol w:w="2163"/>
      </w:tblGrid>
      <w:tr>
        <w:tc>
          <w:tcPr>
            <w:tcW w:type="dxa" w:w="567"/>
            <w:shd w:val="clear" w:color="auto" w:fill="EDEDED"/>
          </w:tcPr>
          <w:p>
            <w:pPr>
              <w:spacing w:before="20" w:after="20"/>
              <w:jc w:val="center"/>
            </w:pPr>
            <w:r>
              <w:rPr>
                <w:rFonts w:ascii="Arial" w:hAnsi="Arial" w:eastAsia="Arial"/>
                <w:b/>
                <w:color w:val="000000"/>
                <w:sz w:val="17"/>
              </w:rPr>
              <w:t>№</w:t>
            </w:r>
          </w:p>
        </w:tc>
        <w:tc>
          <w:tcPr>
            <w:tcW w:type="dxa" w:w="1247"/>
            <w:shd w:val="clear" w:color="auto" w:fill="EDEDED"/>
          </w:tcPr>
          <w:p>
            <w:pPr>
              <w:spacing w:before="20" w:after="20"/>
              <w:jc w:val="center"/>
            </w:pPr>
            <w:r>
              <w:rPr>
                <w:rFonts w:ascii="Arial" w:hAnsi="Arial" w:eastAsia="Arial"/>
                <w:b/>
                <w:color w:val="000000"/>
                <w:sz w:val="17"/>
              </w:rPr>
              <w:t>Дата</w:t>
            </w:r>
          </w:p>
        </w:tc>
        <w:tc>
          <w:tcPr>
            <w:tcW w:type="dxa" w:w="2835"/>
            <w:shd w:val="clear" w:color="auto" w:fill="EDEDED"/>
          </w:tcPr>
          <w:p>
            <w:pPr>
              <w:spacing w:before="20" w:after="20"/>
              <w:jc w:val="center"/>
            </w:pPr>
            <w:r>
              <w:rPr>
                <w:rFonts w:ascii="Arial" w:hAnsi="Arial" w:eastAsia="Arial"/>
                <w:b/>
                <w:color w:val="000000"/>
                <w:sz w:val="17"/>
              </w:rPr>
              <w:t>Система или объект</w:t>
            </w:r>
          </w:p>
        </w:tc>
        <w:tc>
          <w:tcPr>
            <w:tcW w:type="dxa" w:w="2268"/>
            <w:shd w:val="clear" w:color="auto" w:fill="EDEDED"/>
          </w:tcPr>
          <w:p>
            <w:pPr>
              <w:spacing w:before="20" w:after="20"/>
              <w:jc w:val="center"/>
            </w:pPr>
            <w:r>
              <w:rPr>
                <w:rFonts w:ascii="Arial" w:hAnsi="Arial" w:eastAsia="Arial"/>
                <w:b/>
                <w:color w:val="000000"/>
                <w:sz w:val="17"/>
              </w:rPr>
              <w:t>Вид работы</w:t>
            </w:r>
          </w:p>
        </w:tc>
        <w:tc>
          <w:tcPr>
            <w:tcW w:type="dxa" w:w="2268"/>
            <w:shd w:val="clear" w:color="auto" w:fill="EDEDED"/>
          </w:tcPr>
          <w:p>
            <w:pPr>
              <w:spacing w:before="20" w:after="20"/>
              <w:jc w:val="center"/>
            </w:pPr>
            <w:r>
              <w:rPr>
                <w:rFonts w:ascii="Arial" w:hAnsi="Arial" w:eastAsia="Arial"/>
                <w:b/>
                <w:color w:val="000000"/>
                <w:sz w:val="17"/>
              </w:rPr>
              <w:t>Результат</w:t>
            </w:r>
          </w:p>
        </w:tc>
        <w:tc>
          <w:tcPr>
            <w:tcW w:type="dxa" w:w="2835"/>
            <w:shd w:val="clear" w:color="auto" w:fill="EDEDED"/>
          </w:tcPr>
          <w:p>
            <w:pPr>
              <w:spacing w:before="20" w:after="20"/>
              <w:jc w:val="center"/>
            </w:pPr>
            <w:r>
              <w:rPr>
                <w:rFonts w:ascii="Arial" w:hAnsi="Arial" w:eastAsia="Arial"/>
                <w:b/>
                <w:color w:val="000000"/>
                <w:sz w:val="17"/>
              </w:rPr>
              <w:t>Документ и исполнитель</w:t>
            </w:r>
          </w:p>
        </w:tc>
        <w:tc>
          <w:tcPr>
            <w:tcW w:type="dxa" w:w="3118"/>
            <w:shd w:val="clear" w:color="auto" w:fill="EDEDED"/>
          </w:tcPr>
          <w:p>
            <w:pPr>
              <w:spacing w:before="20" w:after="20"/>
              <w:jc w:val="center"/>
            </w:pPr>
            <w:r>
              <w:rPr>
                <w:rFonts w:ascii="Arial" w:hAnsi="Arial" w:eastAsia="Arial"/>
                <w:b/>
                <w:color w:val="000000"/>
                <w:sz w:val="17"/>
              </w:rPr>
              <w:t>Должность, Ф. И. О., подпись</w:t>
            </w:r>
          </w:p>
        </w:tc>
      </w:tr>
      <w:tr>
        <w:trPr>
          <w:trHeight w:val="510"/>
        </w:trPr>
        <w:tc>
          <w:tcPr>
            <w:tcW w:type="dxa" w:w="567"/>
          </w:tcPr>
          <w:p>
            <w:pPr>
              <w:spacing w:before="20" w:after="20"/>
              <w:jc w:val="center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  <w:t>1</w:t>
            </w:r>
          </w:p>
        </w:tc>
        <w:tc>
          <w:tcPr>
            <w:tcW w:type="dxa" w:w="1247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835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268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268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835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3118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</w:tr>
      <w:tr>
        <w:trPr>
          <w:trHeight w:val="510"/>
        </w:trPr>
        <w:tc>
          <w:tcPr>
            <w:tcW w:type="dxa" w:w="567"/>
          </w:tcPr>
          <w:p>
            <w:pPr>
              <w:spacing w:before="20" w:after="20"/>
              <w:jc w:val="center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  <w:t>2</w:t>
            </w:r>
          </w:p>
        </w:tc>
        <w:tc>
          <w:tcPr>
            <w:tcW w:type="dxa" w:w="1247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835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268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268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835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3118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</w:tr>
      <w:tr>
        <w:trPr>
          <w:trHeight w:val="510"/>
        </w:trPr>
        <w:tc>
          <w:tcPr>
            <w:tcW w:type="dxa" w:w="567"/>
          </w:tcPr>
          <w:p>
            <w:pPr>
              <w:spacing w:before="20" w:after="20"/>
              <w:jc w:val="center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  <w:t>3</w:t>
            </w:r>
          </w:p>
        </w:tc>
        <w:tc>
          <w:tcPr>
            <w:tcW w:type="dxa" w:w="1247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835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268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268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835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3118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</w:tr>
      <w:tr>
        <w:trPr>
          <w:trHeight w:val="510"/>
        </w:trPr>
        <w:tc>
          <w:tcPr>
            <w:tcW w:type="dxa" w:w="567"/>
          </w:tcPr>
          <w:p>
            <w:pPr>
              <w:spacing w:before="20" w:after="20"/>
              <w:jc w:val="center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1247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835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268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268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835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3118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</w:tr>
      <w:tr>
        <w:trPr>
          <w:trHeight w:val="510"/>
        </w:trPr>
        <w:tc>
          <w:tcPr>
            <w:tcW w:type="dxa" w:w="567"/>
          </w:tcPr>
          <w:p>
            <w:pPr>
              <w:spacing w:before="20" w:after="20"/>
              <w:jc w:val="center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  <w:t>5</w:t>
            </w:r>
          </w:p>
        </w:tc>
        <w:tc>
          <w:tcPr>
            <w:tcW w:type="dxa" w:w="1247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835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268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268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835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3118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</w:tr>
      <w:tr>
        <w:trPr>
          <w:trHeight w:val="510"/>
        </w:trPr>
        <w:tc>
          <w:tcPr>
            <w:tcW w:type="dxa" w:w="567"/>
          </w:tcPr>
          <w:p>
            <w:pPr>
              <w:spacing w:before="20" w:after="20"/>
              <w:jc w:val="center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  <w:t>6</w:t>
            </w:r>
          </w:p>
        </w:tc>
        <w:tc>
          <w:tcPr>
            <w:tcW w:type="dxa" w:w="1247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835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268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268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835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3118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</w:tr>
      <w:tr>
        <w:trPr>
          <w:trHeight w:val="510"/>
        </w:trPr>
        <w:tc>
          <w:tcPr>
            <w:tcW w:type="dxa" w:w="567"/>
          </w:tcPr>
          <w:p>
            <w:pPr>
              <w:spacing w:before="20" w:after="20"/>
              <w:jc w:val="center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  <w:t>7</w:t>
            </w:r>
          </w:p>
        </w:tc>
        <w:tc>
          <w:tcPr>
            <w:tcW w:type="dxa" w:w="1247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835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268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268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835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3118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</w:tr>
      <w:tr>
        <w:trPr>
          <w:trHeight w:val="510"/>
        </w:trPr>
        <w:tc>
          <w:tcPr>
            <w:tcW w:type="dxa" w:w="567"/>
          </w:tcPr>
          <w:p>
            <w:pPr>
              <w:spacing w:before="20" w:after="20"/>
              <w:jc w:val="center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  <w:t>8</w:t>
            </w:r>
          </w:p>
        </w:tc>
        <w:tc>
          <w:tcPr>
            <w:tcW w:type="dxa" w:w="1247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835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268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268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835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3118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</w:tr>
      <w:tr>
        <w:trPr>
          <w:trHeight w:val="510"/>
        </w:trPr>
        <w:tc>
          <w:tcPr>
            <w:tcW w:type="dxa" w:w="567"/>
          </w:tcPr>
          <w:p>
            <w:pPr>
              <w:spacing w:before="20" w:after="20"/>
              <w:jc w:val="center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  <w:t>9</w:t>
            </w:r>
          </w:p>
        </w:tc>
        <w:tc>
          <w:tcPr>
            <w:tcW w:type="dxa" w:w="1247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835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268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268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835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3118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</w:tr>
      <w:tr>
        <w:trPr>
          <w:trHeight w:val="510"/>
        </w:trPr>
        <w:tc>
          <w:tcPr>
            <w:tcW w:type="dxa" w:w="567"/>
          </w:tcPr>
          <w:p>
            <w:pPr>
              <w:spacing w:before="20" w:after="20"/>
              <w:jc w:val="center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  <w:t>10</w:t>
            </w:r>
          </w:p>
        </w:tc>
        <w:tc>
          <w:tcPr>
            <w:tcW w:type="dxa" w:w="1247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835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268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268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835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3118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</w:tr>
      <w:tr>
        <w:trPr>
          <w:trHeight w:val="510"/>
        </w:trPr>
        <w:tc>
          <w:tcPr>
            <w:tcW w:type="dxa" w:w="567"/>
          </w:tcPr>
          <w:p>
            <w:pPr>
              <w:spacing w:before="20" w:after="20"/>
              <w:jc w:val="center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  <w:t>11</w:t>
            </w:r>
          </w:p>
        </w:tc>
        <w:tc>
          <w:tcPr>
            <w:tcW w:type="dxa" w:w="1247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835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268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268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835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3118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</w:tr>
      <w:tr>
        <w:trPr>
          <w:trHeight w:val="510"/>
        </w:trPr>
        <w:tc>
          <w:tcPr>
            <w:tcW w:type="dxa" w:w="567"/>
          </w:tcPr>
          <w:p>
            <w:pPr>
              <w:spacing w:before="20" w:after="20"/>
              <w:jc w:val="center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  <w:t>12</w:t>
            </w:r>
          </w:p>
        </w:tc>
        <w:tc>
          <w:tcPr>
            <w:tcW w:type="dxa" w:w="1247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835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268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268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835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3118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</w:tr>
      <w:tr>
        <w:trPr>
          <w:trHeight w:val="510"/>
        </w:trPr>
        <w:tc>
          <w:tcPr>
            <w:tcW w:type="dxa" w:w="567"/>
          </w:tcPr>
          <w:p>
            <w:pPr>
              <w:spacing w:before="20" w:after="20"/>
              <w:jc w:val="center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  <w:t>13</w:t>
            </w:r>
          </w:p>
        </w:tc>
        <w:tc>
          <w:tcPr>
            <w:tcW w:type="dxa" w:w="1247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835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268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268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835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3118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</w:tr>
      <w:tr>
        <w:trPr>
          <w:trHeight w:val="510"/>
        </w:trPr>
        <w:tc>
          <w:tcPr>
            <w:tcW w:type="dxa" w:w="567"/>
          </w:tcPr>
          <w:p>
            <w:pPr>
              <w:spacing w:before="20" w:after="20"/>
              <w:jc w:val="center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  <w:t>14</w:t>
            </w:r>
          </w:p>
        </w:tc>
        <w:tc>
          <w:tcPr>
            <w:tcW w:type="dxa" w:w="1247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835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268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268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835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3118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</w:tr>
      <w:tr>
        <w:trPr>
          <w:trHeight w:val="510"/>
        </w:trPr>
        <w:tc>
          <w:tcPr>
            <w:tcW w:type="dxa" w:w="567"/>
          </w:tcPr>
          <w:p>
            <w:pPr>
              <w:spacing w:before="20" w:after="20"/>
              <w:jc w:val="center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  <w:t>15</w:t>
            </w:r>
          </w:p>
        </w:tc>
        <w:tc>
          <w:tcPr>
            <w:tcW w:type="dxa" w:w="1247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835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268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268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835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3118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</w:tr>
    </w:tbl>
    <w:p>
      <w:r>
        <w:br w:type="page"/>
      </w:r>
    </w:p>
    <w:p>
      <w:pPr>
        <w:spacing w:before="0" w:after="40"/>
        <w:jc w:val="left"/>
      </w:pPr>
      <w:r>
        <w:rPr>
          <w:rFonts w:ascii="Arial" w:hAnsi="Arial" w:eastAsia="Arial"/>
          <w:b/>
          <w:color w:val="000000"/>
          <w:sz w:val="26"/>
        </w:rPr>
        <w:t>Раздел 4. Проверки наружного противопожарного водоснабжения на водоотдачу</w:t>
      </w:r>
    </w:p>
    <w:p>
      <w:pPr>
        <w:spacing w:before="0" w:after="120"/>
        <w:jc w:val="left"/>
      </w:pPr>
      <w:r>
        <w:rPr>
          <w:rFonts w:ascii="Arial" w:hAnsi="Arial" w:eastAsia="Arial"/>
          <w:b w:val="0"/>
          <w:color w:val="555555"/>
          <w:sz w:val="19"/>
        </w:rPr>
        <w:t>п. 48 ППР № 1479, не реже 2 раз в год, весной и осенью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163"/>
        <w:gridCol w:w="2163"/>
        <w:gridCol w:w="2163"/>
        <w:gridCol w:w="2163"/>
        <w:gridCol w:w="2163"/>
        <w:gridCol w:w="2163"/>
        <w:gridCol w:w="2163"/>
      </w:tblGrid>
      <w:tr>
        <w:tc>
          <w:tcPr>
            <w:tcW w:type="dxa" w:w="567"/>
            <w:shd w:val="clear" w:color="auto" w:fill="EDEDED"/>
          </w:tcPr>
          <w:p>
            <w:pPr>
              <w:spacing w:before="20" w:after="20"/>
              <w:jc w:val="center"/>
            </w:pPr>
            <w:r>
              <w:rPr>
                <w:rFonts w:ascii="Arial" w:hAnsi="Arial" w:eastAsia="Arial"/>
                <w:b/>
                <w:color w:val="000000"/>
                <w:sz w:val="17"/>
              </w:rPr>
              <w:t>№</w:t>
            </w:r>
          </w:p>
        </w:tc>
        <w:tc>
          <w:tcPr>
            <w:tcW w:type="dxa" w:w="1247"/>
            <w:shd w:val="clear" w:color="auto" w:fill="EDEDED"/>
          </w:tcPr>
          <w:p>
            <w:pPr>
              <w:spacing w:before="20" w:after="20"/>
              <w:jc w:val="center"/>
            </w:pPr>
            <w:r>
              <w:rPr>
                <w:rFonts w:ascii="Arial" w:hAnsi="Arial" w:eastAsia="Arial"/>
                <w:b/>
                <w:color w:val="000000"/>
                <w:sz w:val="17"/>
              </w:rPr>
              <w:t>Дата</w:t>
            </w:r>
          </w:p>
        </w:tc>
        <w:tc>
          <w:tcPr>
            <w:tcW w:type="dxa" w:w="2835"/>
            <w:shd w:val="clear" w:color="auto" w:fill="EDEDED"/>
          </w:tcPr>
          <w:p>
            <w:pPr>
              <w:spacing w:before="20" w:after="20"/>
              <w:jc w:val="center"/>
            </w:pPr>
            <w:r>
              <w:rPr>
                <w:rFonts w:ascii="Arial" w:hAnsi="Arial" w:eastAsia="Arial"/>
                <w:b/>
                <w:color w:val="000000"/>
                <w:sz w:val="17"/>
              </w:rPr>
              <w:t>Система или объект</w:t>
            </w:r>
          </w:p>
        </w:tc>
        <w:tc>
          <w:tcPr>
            <w:tcW w:type="dxa" w:w="2268"/>
            <w:shd w:val="clear" w:color="auto" w:fill="EDEDED"/>
          </w:tcPr>
          <w:p>
            <w:pPr>
              <w:spacing w:before="20" w:after="20"/>
              <w:jc w:val="center"/>
            </w:pPr>
            <w:r>
              <w:rPr>
                <w:rFonts w:ascii="Arial" w:hAnsi="Arial" w:eastAsia="Arial"/>
                <w:b/>
                <w:color w:val="000000"/>
                <w:sz w:val="17"/>
              </w:rPr>
              <w:t>Вид работы</w:t>
            </w:r>
          </w:p>
        </w:tc>
        <w:tc>
          <w:tcPr>
            <w:tcW w:type="dxa" w:w="2268"/>
            <w:shd w:val="clear" w:color="auto" w:fill="EDEDED"/>
          </w:tcPr>
          <w:p>
            <w:pPr>
              <w:spacing w:before="20" w:after="20"/>
              <w:jc w:val="center"/>
            </w:pPr>
            <w:r>
              <w:rPr>
                <w:rFonts w:ascii="Arial" w:hAnsi="Arial" w:eastAsia="Arial"/>
                <w:b/>
                <w:color w:val="000000"/>
                <w:sz w:val="17"/>
              </w:rPr>
              <w:t>Результат</w:t>
            </w:r>
          </w:p>
        </w:tc>
        <w:tc>
          <w:tcPr>
            <w:tcW w:type="dxa" w:w="2835"/>
            <w:shd w:val="clear" w:color="auto" w:fill="EDEDED"/>
          </w:tcPr>
          <w:p>
            <w:pPr>
              <w:spacing w:before="20" w:after="20"/>
              <w:jc w:val="center"/>
            </w:pPr>
            <w:r>
              <w:rPr>
                <w:rFonts w:ascii="Arial" w:hAnsi="Arial" w:eastAsia="Arial"/>
                <w:b/>
                <w:color w:val="000000"/>
                <w:sz w:val="17"/>
              </w:rPr>
              <w:t>Документ и исполнитель</w:t>
            </w:r>
          </w:p>
        </w:tc>
        <w:tc>
          <w:tcPr>
            <w:tcW w:type="dxa" w:w="3118"/>
            <w:shd w:val="clear" w:color="auto" w:fill="EDEDED"/>
          </w:tcPr>
          <w:p>
            <w:pPr>
              <w:spacing w:before="20" w:after="20"/>
              <w:jc w:val="center"/>
            </w:pPr>
            <w:r>
              <w:rPr>
                <w:rFonts w:ascii="Arial" w:hAnsi="Arial" w:eastAsia="Arial"/>
                <w:b/>
                <w:color w:val="000000"/>
                <w:sz w:val="17"/>
              </w:rPr>
              <w:t>Должность, Ф. И. О., подпись</w:t>
            </w:r>
          </w:p>
        </w:tc>
      </w:tr>
      <w:tr>
        <w:trPr>
          <w:trHeight w:val="510"/>
        </w:trPr>
        <w:tc>
          <w:tcPr>
            <w:tcW w:type="dxa" w:w="567"/>
          </w:tcPr>
          <w:p>
            <w:pPr>
              <w:spacing w:before="20" w:after="20"/>
              <w:jc w:val="center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  <w:t>1</w:t>
            </w:r>
          </w:p>
        </w:tc>
        <w:tc>
          <w:tcPr>
            <w:tcW w:type="dxa" w:w="1247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835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268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268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835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3118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</w:tr>
      <w:tr>
        <w:trPr>
          <w:trHeight w:val="510"/>
        </w:trPr>
        <w:tc>
          <w:tcPr>
            <w:tcW w:type="dxa" w:w="567"/>
          </w:tcPr>
          <w:p>
            <w:pPr>
              <w:spacing w:before="20" w:after="20"/>
              <w:jc w:val="center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  <w:t>2</w:t>
            </w:r>
          </w:p>
        </w:tc>
        <w:tc>
          <w:tcPr>
            <w:tcW w:type="dxa" w:w="1247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835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268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268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835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3118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</w:tr>
      <w:tr>
        <w:trPr>
          <w:trHeight w:val="510"/>
        </w:trPr>
        <w:tc>
          <w:tcPr>
            <w:tcW w:type="dxa" w:w="567"/>
          </w:tcPr>
          <w:p>
            <w:pPr>
              <w:spacing w:before="20" w:after="20"/>
              <w:jc w:val="center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  <w:t>3</w:t>
            </w:r>
          </w:p>
        </w:tc>
        <w:tc>
          <w:tcPr>
            <w:tcW w:type="dxa" w:w="1247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835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268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268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835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3118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</w:tr>
      <w:tr>
        <w:trPr>
          <w:trHeight w:val="510"/>
        </w:trPr>
        <w:tc>
          <w:tcPr>
            <w:tcW w:type="dxa" w:w="567"/>
          </w:tcPr>
          <w:p>
            <w:pPr>
              <w:spacing w:before="20" w:after="20"/>
              <w:jc w:val="center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1247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835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268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268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835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3118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</w:tr>
      <w:tr>
        <w:trPr>
          <w:trHeight w:val="510"/>
        </w:trPr>
        <w:tc>
          <w:tcPr>
            <w:tcW w:type="dxa" w:w="567"/>
          </w:tcPr>
          <w:p>
            <w:pPr>
              <w:spacing w:before="20" w:after="20"/>
              <w:jc w:val="center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  <w:t>5</w:t>
            </w:r>
          </w:p>
        </w:tc>
        <w:tc>
          <w:tcPr>
            <w:tcW w:type="dxa" w:w="1247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835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268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268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835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3118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</w:tr>
      <w:tr>
        <w:trPr>
          <w:trHeight w:val="510"/>
        </w:trPr>
        <w:tc>
          <w:tcPr>
            <w:tcW w:type="dxa" w:w="567"/>
          </w:tcPr>
          <w:p>
            <w:pPr>
              <w:spacing w:before="20" w:after="20"/>
              <w:jc w:val="center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  <w:t>6</w:t>
            </w:r>
          </w:p>
        </w:tc>
        <w:tc>
          <w:tcPr>
            <w:tcW w:type="dxa" w:w="1247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835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268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268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835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3118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</w:tr>
      <w:tr>
        <w:trPr>
          <w:trHeight w:val="510"/>
        </w:trPr>
        <w:tc>
          <w:tcPr>
            <w:tcW w:type="dxa" w:w="567"/>
          </w:tcPr>
          <w:p>
            <w:pPr>
              <w:spacing w:before="20" w:after="20"/>
              <w:jc w:val="center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  <w:t>7</w:t>
            </w:r>
          </w:p>
        </w:tc>
        <w:tc>
          <w:tcPr>
            <w:tcW w:type="dxa" w:w="1247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835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268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268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835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3118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</w:tr>
      <w:tr>
        <w:trPr>
          <w:trHeight w:val="510"/>
        </w:trPr>
        <w:tc>
          <w:tcPr>
            <w:tcW w:type="dxa" w:w="567"/>
          </w:tcPr>
          <w:p>
            <w:pPr>
              <w:spacing w:before="20" w:after="20"/>
              <w:jc w:val="center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  <w:t>8</w:t>
            </w:r>
          </w:p>
        </w:tc>
        <w:tc>
          <w:tcPr>
            <w:tcW w:type="dxa" w:w="1247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835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268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268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835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3118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</w:tr>
      <w:tr>
        <w:trPr>
          <w:trHeight w:val="510"/>
        </w:trPr>
        <w:tc>
          <w:tcPr>
            <w:tcW w:type="dxa" w:w="567"/>
          </w:tcPr>
          <w:p>
            <w:pPr>
              <w:spacing w:before="20" w:after="20"/>
              <w:jc w:val="center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  <w:t>9</w:t>
            </w:r>
          </w:p>
        </w:tc>
        <w:tc>
          <w:tcPr>
            <w:tcW w:type="dxa" w:w="1247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835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268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268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835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3118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</w:tr>
      <w:tr>
        <w:trPr>
          <w:trHeight w:val="510"/>
        </w:trPr>
        <w:tc>
          <w:tcPr>
            <w:tcW w:type="dxa" w:w="567"/>
          </w:tcPr>
          <w:p>
            <w:pPr>
              <w:spacing w:before="20" w:after="20"/>
              <w:jc w:val="center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  <w:t>10</w:t>
            </w:r>
          </w:p>
        </w:tc>
        <w:tc>
          <w:tcPr>
            <w:tcW w:type="dxa" w:w="1247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835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268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268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835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3118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</w:tr>
      <w:tr>
        <w:trPr>
          <w:trHeight w:val="510"/>
        </w:trPr>
        <w:tc>
          <w:tcPr>
            <w:tcW w:type="dxa" w:w="567"/>
          </w:tcPr>
          <w:p>
            <w:pPr>
              <w:spacing w:before="20" w:after="20"/>
              <w:jc w:val="center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  <w:t>11</w:t>
            </w:r>
          </w:p>
        </w:tc>
        <w:tc>
          <w:tcPr>
            <w:tcW w:type="dxa" w:w="1247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835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268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268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835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3118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</w:tr>
      <w:tr>
        <w:trPr>
          <w:trHeight w:val="510"/>
        </w:trPr>
        <w:tc>
          <w:tcPr>
            <w:tcW w:type="dxa" w:w="567"/>
          </w:tcPr>
          <w:p>
            <w:pPr>
              <w:spacing w:before="20" w:after="20"/>
              <w:jc w:val="center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  <w:t>12</w:t>
            </w:r>
          </w:p>
        </w:tc>
        <w:tc>
          <w:tcPr>
            <w:tcW w:type="dxa" w:w="1247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835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268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268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835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3118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</w:tr>
      <w:tr>
        <w:trPr>
          <w:trHeight w:val="510"/>
        </w:trPr>
        <w:tc>
          <w:tcPr>
            <w:tcW w:type="dxa" w:w="567"/>
          </w:tcPr>
          <w:p>
            <w:pPr>
              <w:spacing w:before="20" w:after="20"/>
              <w:jc w:val="center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  <w:t>13</w:t>
            </w:r>
          </w:p>
        </w:tc>
        <w:tc>
          <w:tcPr>
            <w:tcW w:type="dxa" w:w="1247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835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268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268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835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3118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</w:tr>
      <w:tr>
        <w:trPr>
          <w:trHeight w:val="510"/>
        </w:trPr>
        <w:tc>
          <w:tcPr>
            <w:tcW w:type="dxa" w:w="567"/>
          </w:tcPr>
          <w:p>
            <w:pPr>
              <w:spacing w:before="20" w:after="20"/>
              <w:jc w:val="center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  <w:t>14</w:t>
            </w:r>
          </w:p>
        </w:tc>
        <w:tc>
          <w:tcPr>
            <w:tcW w:type="dxa" w:w="1247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835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268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268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835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3118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</w:tr>
      <w:tr>
        <w:trPr>
          <w:trHeight w:val="510"/>
        </w:trPr>
        <w:tc>
          <w:tcPr>
            <w:tcW w:type="dxa" w:w="567"/>
          </w:tcPr>
          <w:p>
            <w:pPr>
              <w:spacing w:before="20" w:after="20"/>
              <w:jc w:val="center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  <w:t>15</w:t>
            </w:r>
          </w:p>
        </w:tc>
        <w:tc>
          <w:tcPr>
            <w:tcW w:type="dxa" w:w="1247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835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268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268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835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3118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</w:tr>
    </w:tbl>
    <w:p>
      <w:r>
        <w:br w:type="page"/>
      </w:r>
    </w:p>
    <w:p>
      <w:pPr>
        <w:spacing w:before="0" w:after="40"/>
        <w:jc w:val="left"/>
      </w:pPr>
      <w:r>
        <w:rPr>
          <w:rFonts w:ascii="Arial" w:hAnsi="Arial" w:eastAsia="Arial"/>
          <w:b/>
          <w:color w:val="000000"/>
          <w:sz w:val="26"/>
        </w:rPr>
        <w:t>Раздел 5. Внутренний противопожарный водопровод: перекатка рукавов, состояние водокольцевых катушек</w:t>
      </w:r>
    </w:p>
    <w:p>
      <w:pPr>
        <w:spacing w:before="0" w:after="120"/>
        <w:jc w:val="left"/>
      </w:pPr>
      <w:r>
        <w:rPr>
          <w:rFonts w:ascii="Arial" w:hAnsi="Arial" w:eastAsia="Arial"/>
          <w:b w:val="0"/>
          <w:color w:val="555555"/>
          <w:sz w:val="19"/>
        </w:rPr>
        <w:t>п. 50 ППР № 1479, перекатка рукавов не реже 1 раза в год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163"/>
        <w:gridCol w:w="2163"/>
        <w:gridCol w:w="2163"/>
        <w:gridCol w:w="2163"/>
        <w:gridCol w:w="2163"/>
        <w:gridCol w:w="2163"/>
        <w:gridCol w:w="2163"/>
      </w:tblGrid>
      <w:tr>
        <w:tc>
          <w:tcPr>
            <w:tcW w:type="dxa" w:w="567"/>
            <w:shd w:val="clear" w:color="auto" w:fill="EDEDED"/>
          </w:tcPr>
          <w:p>
            <w:pPr>
              <w:spacing w:before="20" w:after="20"/>
              <w:jc w:val="center"/>
            </w:pPr>
            <w:r>
              <w:rPr>
                <w:rFonts w:ascii="Arial" w:hAnsi="Arial" w:eastAsia="Arial"/>
                <w:b/>
                <w:color w:val="000000"/>
                <w:sz w:val="17"/>
              </w:rPr>
              <w:t>№</w:t>
            </w:r>
          </w:p>
        </w:tc>
        <w:tc>
          <w:tcPr>
            <w:tcW w:type="dxa" w:w="1247"/>
            <w:shd w:val="clear" w:color="auto" w:fill="EDEDED"/>
          </w:tcPr>
          <w:p>
            <w:pPr>
              <w:spacing w:before="20" w:after="20"/>
              <w:jc w:val="center"/>
            </w:pPr>
            <w:r>
              <w:rPr>
                <w:rFonts w:ascii="Arial" w:hAnsi="Arial" w:eastAsia="Arial"/>
                <w:b/>
                <w:color w:val="000000"/>
                <w:sz w:val="17"/>
              </w:rPr>
              <w:t>Дата</w:t>
            </w:r>
          </w:p>
        </w:tc>
        <w:tc>
          <w:tcPr>
            <w:tcW w:type="dxa" w:w="2835"/>
            <w:shd w:val="clear" w:color="auto" w:fill="EDEDED"/>
          </w:tcPr>
          <w:p>
            <w:pPr>
              <w:spacing w:before="20" w:after="20"/>
              <w:jc w:val="center"/>
            </w:pPr>
            <w:r>
              <w:rPr>
                <w:rFonts w:ascii="Arial" w:hAnsi="Arial" w:eastAsia="Arial"/>
                <w:b/>
                <w:color w:val="000000"/>
                <w:sz w:val="17"/>
              </w:rPr>
              <w:t>Система или объект</w:t>
            </w:r>
          </w:p>
        </w:tc>
        <w:tc>
          <w:tcPr>
            <w:tcW w:type="dxa" w:w="2268"/>
            <w:shd w:val="clear" w:color="auto" w:fill="EDEDED"/>
          </w:tcPr>
          <w:p>
            <w:pPr>
              <w:spacing w:before="20" w:after="20"/>
              <w:jc w:val="center"/>
            </w:pPr>
            <w:r>
              <w:rPr>
                <w:rFonts w:ascii="Arial" w:hAnsi="Arial" w:eastAsia="Arial"/>
                <w:b/>
                <w:color w:val="000000"/>
                <w:sz w:val="17"/>
              </w:rPr>
              <w:t>Вид работы</w:t>
            </w:r>
          </w:p>
        </w:tc>
        <w:tc>
          <w:tcPr>
            <w:tcW w:type="dxa" w:w="2268"/>
            <w:shd w:val="clear" w:color="auto" w:fill="EDEDED"/>
          </w:tcPr>
          <w:p>
            <w:pPr>
              <w:spacing w:before="20" w:after="20"/>
              <w:jc w:val="center"/>
            </w:pPr>
            <w:r>
              <w:rPr>
                <w:rFonts w:ascii="Arial" w:hAnsi="Arial" w:eastAsia="Arial"/>
                <w:b/>
                <w:color w:val="000000"/>
                <w:sz w:val="17"/>
              </w:rPr>
              <w:t>Результат</w:t>
            </w:r>
          </w:p>
        </w:tc>
        <w:tc>
          <w:tcPr>
            <w:tcW w:type="dxa" w:w="2835"/>
            <w:shd w:val="clear" w:color="auto" w:fill="EDEDED"/>
          </w:tcPr>
          <w:p>
            <w:pPr>
              <w:spacing w:before="20" w:after="20"/>
              <w:jc w:val="center"/>
            </w:pPr>
            <w:r>
              <w:rPr>
                <w:rFonts w:ascii="Arial" w:hAnsi="Arial" w:eastAsia="Arial"/>
                <w:b/>
                <w:color w:val="000000"/>
                <w:sz w:val="17"/>
              </w:rPr>
              <w:t>Документ и исполнитель</w:t>
            </w:r>
          </w:p>
        </w:tc>
        <w:tc>
          <w:tcPr>
            <w:tcW w:type="dxa" w:w="3118"/>
            <w:shd w:val="clear" w:color="auto" w:fill="EDEDED"/>
          </w:tcPr>
          <w:p>
            <w:pPr>
              <w:spacing w:before="20" w:after="20"/>
              <w:jc w:val="center"/>
            </w:pPr>
            <w:r>
              <w:rPr>
                <w:rFonts w:ascii="Arial" w:hAnsi="Arial" w:eastAsia="Arial"/>
                <w:b/>
                <w:color w:val="000000"/>
                <w:sz w:val="17"/>
              </w:rPr>
              <w:t>Должность, Ф. И. О., подпись</w:t>
            </w:r>
          </w:p>
        </w:tc>
      </w:tr>
      <w:tr>
        <w:trPr>
          <w:trHeight w:val="510"/>
        </w:trPr>
        <w:tc>
          <w:tcPr>
            <w:tcW w:type="dxa" w:w="567"/>
          </w:tcPr>
          <w:p>
            <w:pPr>
              <w:spacing w:before="20" w:after="20"/>
              <w:jc w:val="center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  <w:t>1</w:t>
            </w:r>
          </w:p>
        </w:tc>
        <w:tc>
          <w:tcPr>
            <w:tcW w:type="dxa" w:w="1247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835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268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268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835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3118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</w:tr>
      <w:tr>
        <w:trPr>
          <w:trHeight w:val="510"/>
        </w:trPr>
        <w:tc>
          <w:tcPr>
            <w:tcW w:type="dxa" w:w="567"/>
          </w:tcPr>
          <w:p>
            <w:pPr>
              <w:spacing w:before="20" w:after="20"/>
              <w:jc w:val="center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  <w:t>2</w:t>
            </w:r>
          </w:p>
        </w:tc>
        <w:tc>
          <w:tcPr>
            <w:tcW w:type="dxa" w:w="1247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835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268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268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835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3118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</w:tr>
      <w:tr>
        <w:trPr>
          <w:trHeight w:val="510"/>
        </w:trPr>
        <w:tc>
          <w:tcPr>
            <w:tcW w:type="dxa" w:w="567"/>
          </w:tcPr>
          <w:p>
            <w:pPr>
              <w:spacing w:before="20" w:after="20"/>
              <w:jc w:val="center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  <w:t>3</w:t>
            </w:r>
          </w:p>
        </w:tc>
        <w:tc>
          <w:tcPr>
            <w:tcW w:type="dxa" w:w="1247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835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268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268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835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3118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</w:tr>
      <w:tr>
        <w:trPr>
          <w:trHeight w:val="510"/>
        </w:trPr>
        <w:tc>
          <w:tcPr>
            <w:tcW w:type="dxa" w:w="567"/>
          </w:tcPr>
          <w:p>
            <w:pPr>
              <w:spacing w:before="20" w:after="20"/>
              <w:jc w:val="center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1247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835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268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268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835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3118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</w:tr>
      <w:tr>
        <w:trPr>
          <w:trHeight w:val="510"/>
        </w:trPr>
        <w:tc>
          <w:tcPr>
            <w:tcW w:type="dxa" w:w="567"/>
          </w:tcPr>
          <w:p>
            <w:pPr>
              <w:spacing w:before="20" w:after="20"/>
              <w:jc w:val="center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  <w:t>5</w:t>
            </w:r>
          </w:p>
        </w:tc>
        <w:tc>
          <w:tcPr>
            <w:tcW w:type="dxa" w:w="1247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835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268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268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835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3118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</w:tr>
      <w:tr>
        <w:trPr>
          <w:trHeight w:val="510"/>
        </w:trPr>
        <w:tc>
          <w:tcPr>
            <w:tcW w:type="dxa" w:w="567"/>
          </w:tcPr>
          <w:p>
            <w:pPr>
              <w:spacing w:before="20" w:after="20"/>
              <w:jc w:val="center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  <w:t>6</w:t>
            </w:r>
          </w:p>
        </w:tc>
        <w:tc>
          <w:tcPr>
            <w:tcW w:type="dxa" w:w="1247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835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268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268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835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3118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</w:tr>
      <w:tr>
        <w:trPr>
          <w:trHeight w:val="510"/>
        </w:trPr>
        <w:tc>
          <w:tcPr>
            <w:tcW w:type="dxa" w:w="567"/>
          </w:tcPr>
          <w:p>
            <w:pPr>
              <w:spacing w:before="20" w:after="20"/>
              <w:jc w:val="center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  <w:t>7</w:t>
            </w:r>
          </w:p>
        </w:tc>
        <w:tc>
          <w:tcPr>
            <w:tcW w:type="dxa" w:w="1247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835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268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268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835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3118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</w:tr>
      <w:tr>
        <w:trPr>
          <w:trHeight w:val="510"/>
        </w:trPr>
        <w:tc>
          <w:tcPr>
            <w:tcW w:type="dxa" w:w="567"/>
          </w:tcPr>
          <w:p>
            <w:pPr>
              <w:spacing w:before="20" w:after="20"/>
              <w:jc w:val="center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  <w:t>8</w:t>
            </w:r>
          </w:p>
        </w:tc>
        <w:tc>
          <w:tcPr>
            <w:tcW w:type="dxa" w:w="1247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835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268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268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835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3118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</w:tr>
      <w:tr>
        <w:trPr>
          <w:trHeight w:val="510"/>
        </w:trPr>
        <w:tc>
          <w:tcPr>
            <w:tcW w:type="dxa" w:w="567"/>
          </w:tcPr>
          <w:p>
            <w:pPr>
              <w:spacing w:before="20" w:after="20"/>
              <w:jc w:val="center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  <w:t>9</w:t>
            </w:r>
          </w:p>
        </w:tc>
        <w:tc>
          <w:tcPr>
            <w:tcW w:type="dxa" w:w="1247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835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268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268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835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3118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</w:tr>
      <w:tr>
        <w:trPr>
          <w:trHeight w:val="510"/>
        </w:trPr>
        <w:tc>
          <w:tcPr>
            <w:tcW w:type="dxa" w:w="567"/>
          </w:tcPr>
          <w:p>
            <w:pPr>
              <w:spacing w:before="20" w:after="20"/>
              <w:jc w:val="center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  <w:t>10</w:t>
            </w:r>
          </w:p>
        </w:tc>
        <w:tc>
          <w:tcPr>
            <w:tcW w:type="dxa" w:w="1247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835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268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268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835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3118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</w:tr>
      <w:tr>
        <w:trPr>
          <w:trHeight w:val="510"/>
        </w:trPr>
        <w:tc>
          <w:tcPr>
            <w:tcW w:type="dxa" w:w="567"/>
          </w:tcPr>
          <w:p>
            <w:pPr>
              <w:spacing w:before="20" w:after="20"/>
              <w:jc w:val="center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  <w:t>11</w:t>
            </w:r>
          </w:p>
        </w:tc>
        <w:tc>
          <w:tcPr>
            <w:tcW w:type="dxa" w:w="1247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835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268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268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835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3118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</w:tr>
      <w:tr>
        <w:trPr>
          <w:trHeight w:val="510"/>
        </w:trPr>
        <w:tc>
          <w:tcPr>
            <w:tcW w:type="dxa" w:w="567"/>
          </w:tcPr>
          <w:p>
            <w:pPr>
              <w:spacing w:before="20" w:after="20"/>
              <w:jc w:val="center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  <w:t>12</w:t>
            </w:r>
          </w:p>
        </w:tc>
        <w:tc>
          <w:tcPr>
            <w:tcW w:type="dxa" w:w="1247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835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268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268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835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3118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</w:tr>
      <w:tr>
        <w:trPr>
          <w:trHeight w:val="510"/>
        </w:trPr>
        <w:tc>
          <w:tcPr>
            <w:tcW w:type="dxa" w:w="567"/>
          </w:tcPr>
          <w:p>
            <w:pPr>
              <w:spacing w:before="20" w:after="20"/>
              <w:jc w:val="center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  <w:t>13</w:t>
            </w:r>
          </w:p>
        </w:tc>
        <w:tc>
          <w:tcPr>
            <w:tcW w:type="dxa" w:w="1247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835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268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268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835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3118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</w:tr>
      <w:tr>
        <w:trPr>
          <w:trHeight w:val="510"/>
        </w:trPr>
        <w:tc>
          <w:tcPr>
            <w:tcW w:type="dxa" w:w="567"/>
          </w:tcPr>
          <w:p>
            <w:pPr>
              <w:spacing w:before="20" w:after="20"/>
              <w:jc w:val="center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  <w:t>14</w:t>
            </w:r>
          </w:p>
        </w:tc>
        <w:tc>
          <w:tcPr>
            <w:tcW w:type="dxa" w:w="1247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835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268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268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835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3118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</w:tr>
      <w:tr>
        <w:trPr>
          <w:trHeight w:val="510"/>
        </w:trPr>
        <w:tc>
          <w:tcPr>
            <w:tcW w:type="dxa" w:w="567"/>
          </w:tcPr>
          <w:p>
            <w:pPr>
              <w:spacing w:before="20" w:after="20"/>
              <w:jc w:val="center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  <w:t>15</w:t>
            </w:r>
          </w:p>
        </w:tc>
        <w:tc>
          <w:tcPr>
            <w:tcW w:type="dxa" w:w="1247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835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268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268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835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3118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</w:tr>
    </w:tbl>
    <w:p>
      <w:r>
        <w:br w:type="page"/>
      </w:r>
    </w:p>
    <w:p>
      <w:pPr>
        <w:spacing w:before="0" w:after="40"/>
        <w:jc w:val="left"/>
      </w:pPr>
      <w:r>
        <w:rPr>
          <w:rFonts w:ascii="Arial" w:hAnsi="Arial" w:eastAsia="Arial"/>
          <w:b/>
          <w:color w:val="000000"/>
          <w:sz w:val="26"/>
        </w:rPr>
        <w:t>Раздел 6. Проверки задвижек с электроприводом и пожарных насосных агрегатов</w:t>
      </w:r>
    </w:p>
    <w:p>
      <w:pPr>
        <w:spacing w:before="0" w:after="120"/>
        <w:jc w:val="left"/>
      </w:pPr>
      <w:r>
        <w:rPr>
          <w:rFonts w:ascii="Arial" w:hAnsi="Arial" w:eastAsia="Arial"/>
          <w:b w:val="0"/>
          <w:color w:val="555555"/>
          <w:sz w:val="19"/>
        </w:rPr>
        <w:t>п. 52 ППР № 1479, задвижки не реже 2 раз в год, насосы ежемесячно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163"/>
        <w:gridCol w:w="2163"/>
        <w:gridCol w:w="2163"/>
        <w:gridCol w:w="2163"/>
        <w:gridCol w:w="2163"/>
        <w:gridCol w:w="2163"/>
        <w:gridCol w:w="2163"/>
      </w:tblGrid>
      <w:tr>
        <w:tc>
          <w:tcPr>
            <w:tcW w:type="dxa" w:w="567"/>
            <w:shd w:val="clear" w:color="auto" w:fill="EDEDED"/>
          </w:tcPr>
          <w:p>
            <w:pPr>
              <w:spacing w:before="20" w:after="20"/>
              <w:jc w:val="center"/>
            </w:pPr>
            <w:r>
              <w:rPr>
                <w:rFonts w:ascii="Arial" w:hAnsi="Arial" w:eastAsia="Arial"/>
                <w:b/>
                <w:color w:val="000000"/>
                <w:sz w:val="17"/>
              </w:rPr>
              <w:t>№</w:t>
            </w:r>
          </w:p>
        </w:tc>
        <w:tc>
          <w:tcPr>
            <w:tcW w:type="dxa" w:w="1247"/>
            <w:shd w:val="clear" w:color="auto" w:fill="EDEDED"/>
          </w:tcPr>
          <w:p>
            <w:pPr>
              <w:spacing w:before="20" w:after="20"/>
              <w:jc w:val="center"/>
            </w:pPr>
            <w:r>
              <w:rPr>
                <w:rFonts w:ascii="Arial" w:hAnsi="Arial" w:eastAsia="Arial"/>
                <w:b/>
                <w:color w:val="000000"/>
                <w:sz w:val="17"/>
              </w:rPr>
              <w:t>Дата</w:t>
            </w:r>
          </w:p>
        </w:tc>
        <w:tc>
          <w:tcPr>
            <w:tcW w:type="dxa" w:w="2835"/>
            <w:shd w:val="clear" w:color="auto" w:fill="EDEDED"/>
          </w:tcPr>
          <w:p>
            <w:pPr>
              <w:spacing w:before="20" w:after="20"/>
              <w:jc w:val="center"/>
            </w:pPr>
            <w:r>
              <w:rPr>
                <w:rFonts w:ascii="Arial" w:hAnsi="Arial" w:eastAsia="Arial"/>
                <w:b/>
                <w:color w:val="000000"/>
                <w:sz w:val="17"/>
              </w:rPr>
              <w:t>Система или объект</w:t>
            </w:r>
          </w:p>
        </w:tc>
        <w:tc>
          <w:tcPr>
            <w:tcW w:type="dxa" w:w="2268"/>
            <w:shd w:val="clear" w:color="auto" w:fill="EDEDED"/>
          </w:tcPr>
          <w:p>
            <w:pPr>
              <w:spacing w:before="20" w:after="20"/>
              <w:jc w:val="center"/>
            </w:pPr>
            <w:r>
              <w:rPr>
                <w:rFonts w:ascii="Arial" w:hAnsi="Arial" w:eastAsia="Arial"/>
                <w:b/>
                <w:color w:val="000000"/>
                <w:sz w:val="17"/>
              </w:rPr>
              <w:t>Вид работы</w:t>
            </w:r>
          </w:p>
        </w:tc>
        <w:tc>
          <w:tcPr>
            <w:tcW w:type="dxa" w:w="2268"/>
            <w:shd w:val="clear" w:color="auto" w:fill="EDEDED"/>
          </w:tcPr>
          <w:p>
            <w:pPr>
              <w:spacing w:before="20" w:after="20"/>
              <w:jc w:val="center"/>
            </w:pPr>
            <w:r>
              <w:rPr>
                <w:rFonts w:ascii="Arial" w:hAnsi="Arial" w:eastAsia="Arial"/>
                <w:b/>
                <w:color w:val="000000"/>
                <w:sz w:val="17"/>
              </w:rPr>
              <w:t>Результат</w:t>
            </w:r>
          </w:p>
        </w:tc>
        <w:tc>
          <w:tcPr>
            <w:tcW w:type="dxa" w:w="2835"/>
            <w:shd w:val="clear" w:color="auto" w:fill="EDEDED"/>
          </w:tcPr>
          <w:p>
            <w:pPr>
              <w:spacing w:before="20" w:after="20"/>
              <w:jc w:val="center"/>
            </w:pPr>
            <w:r>
              <w:rPr>
                <w:rFonts w:ascii="Arial" w:hAnsi="Arial" w:eastAsia="Arial"/>
                <w:b/>
                <w:color w:val="000000"/>
                <w:sz w:val="17"/>
              </w:rPr>
              <w:t>Документ и исполнитель</w:t>
            </w:r>
          </w:p>
        </w:tc>
        <w:tc>
          <w:tcPr>
            <w:tcW w:type="dxa" w:w="3118"/>
            <w:shd w:val="clear" w:color="auto" w:fill="EDEDED"/>
          </w:tcPr>
          <w:p>
            <w:pPr>
              <w:spacing w:before="20" w:after="20"/>
              <w:jc w:val="center"/>
            </w:pPr>
            <w:r>
              <w:rPr>
                <w:rFonts w:ascii="Arial" w:hAnsi="Arial" w:eastAsia="Arial"/>
                <w:b/>
                <w:color w:val="000000"/>
                <w:sz w:val="17"/>
              </w:rPr>
              <w:t>Должность, Ф. И. О., подпись</w:t>
            </w:r>
          </w:p>
        </w:tc>
      </w:tr>
      <w:tr>
        <w:trPr>
          <w:trHeight w:val="510"/>
        </w:trPr>
        <w:tc>
          <w:tcPr>
            <w:tcW w:type="dxa" w:w="567"/>
          </w:tcPr>
          <w:p>
            <w:pPr>
              <w:spacing w:before="20" w:after="20"/>
              <w:jc w:val="center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  <w:t>1</w:t>
            </w:r>
          </w:p>
        </w:tc>
        <w:tc>
          <w:tcPr>
            <w:tcW w:type="dxa" w:w="1247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835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268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268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835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3118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</w:tr>
      <w:tr>
        <w:trPr>
          <w:trHeight w:val="510"/>
        </w:trPr>
        <w:tc>
          <w:tcPr>
            <w:tcW w:type="dxa" w:w="567"/>
          </w:tcPr>
          <w:p>
            <w:pPr>
              <w:spacing w:before="20" w:after="20"/>
              <w:jc w:val="center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  <w:t>2</w:t>
            </w:r>
          </w:p>
        </w:tc>
        <w:tc>
          <w:tcPr>
            <w:tcW w:type="dxa" w:w="1247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835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268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268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835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3118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</w:tr>
      <w:tr>
        <w:trPr>
          <w:trHeight w:val="510"/>
        </w:trPr>
        <w:tc>
          <w:tcPr>
            <w:tcW w:type="dxa" w:w="567"/>
          </w:tcPr>
          <w:p>
            <w:pPr>
              <w:spacing w:before="20" w:after="20"/>
              <w:jc w:val="center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  <w:t>3</w:t>
            </w:r>
          </w:p>
        </w:tc>
        <w:tc>
          <w:tcPr>
            <w:tcW w:type="dxa" w:w="1247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835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268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268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835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3118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</w:tr>
      <w:tr>
        <w:trPr>
          <w:trHeight w:val="510"/>
        </w:trPr>
        <w:tc>
          <w:tcPr>
            <w:tcW w:type="dxa" w:w="567"/>
          </w:tcPr>
          <w:p>
            <w:pPr>
              <w:spacing w:before="20" w:after="20"/>
              <w:jc w:val="center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1247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835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268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268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835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3118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</w:tr>
      <w:tr>
        <w:trPr>
          <w:trHeight w:val="510"/>
        </w:trPr>
        <w:tc>
          <w:tcPr>
            <w:tcW w:type="dxa" w:w="567"/>
          </w:tcPr>
          <w:p>
            <w:pPr>
              <w:spacing w:before="20" w:after="20"/>
              <w:jc w:val="center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  <w:t>5</w:t>
            </w:r>
          </w:p>
        </w:tc>
        <w:tc>
          <w:tcPr>
            <w:tcW w:type="dxa" w:w="1247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835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268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268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835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3118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</w:tr>
      <w:tr>
        <w:trPr>
          <w:trHeight w:val="510"/>
        </w:trPr>
        <w:tc>
          <w:tcPr>
            <w:tcW w:type="dxa" w:w="567"/>
          </w:tcPr>
          <w:p>
            <w:pPr>
              <w:spacing w:before="20" w:after="20"/>
              <w:jc w:val="center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  <w:t>6</w:t>
            </w:r>
          </w:p>
        </w:tc>
        <w:tc>
          <w:tcPr>
            <w:tcW w:type="dxa" w:w="1247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835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268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268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835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3118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</w:tr>
      <w:tr>
        <w:trPr>
          <w:trHeight w:val="510"/>
        </w:trPr>
        <w:tc>
          <w:tcPr>
            <w:tcW w:type="dxa" w:w="567"/>
          </w:tcPr>
          <w:p>
            <w:pPr>
              <w:spacing w:before="20" w:after="20"/>
              <w:jc w:val="center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  <w:t>7</w:t>
            </w:r>
          </w:p>
        </w:tc>
        <w:tc>
          <w:tcPr>
            <w:tcW w:type="dxa" w:w="1247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835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268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268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835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3118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</w:tr>
      <w:tr>
        <w:trPr>
          <w:trHeight w:val="510"/>
        </w:trPr>
        <w:tc>
          <w:tcPr>
            <w:tcW w:type="dxa" w:w="567"/>
          </w:tcPr>
          <w:p>
            <w:pPr>
              <w:spacing w:before="20" w:after="20"/>
              <w:jc w:val="center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  <w:t>8</w:t>
            </w:r>
          </w:p>
        </w:tc>
        <w:tc>
          <w:tcPr>
            <w:tcW w:type="dxa" w:w="1247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835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268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268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835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3118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</w:tr>
      <w:tr>
        <w:trPr>
          <w:trHeight w:val="510"/>
        </w:trPr>
        <w:tc>
          <w:tcPr>
            <w:tcW w:type="dxa" w:w="567"/>
          </w:tcPr>
          <w:p>
            <w:pPr>
              <w:spacing w:before="20" w:after="20"/>
              <w:jc w:val="center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  <w:t>9</w:t>
            </w:r>
          </w:p>
        </w:tc>
        <w:tc>
          <w:tcPr>
            <w:tcW w:type="dxa" w:w="1247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835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268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268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835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3118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</w:tr>
      <w:tr>
        <w:trPr>
          <w:trHeight w:val="510"/>
        </w:trPr>
        <w:tc>
          <w:tcPr>
            <w:tcW w:type="dxa" w:w="567"/>
          </w:tcPr>
          <w:p>
            <w:pPr>
              <w:spacing w:before="20" w:after="20"/>
              <w:jc w:val="center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  <w:t>10</w:t>
            </w:r>
          </w:p>
        </w:tc>
        <w:tc>
          <w:tcPr>
            <w:tcW w:type="dxa" w:w="1247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835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268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268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835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3118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</w:tr>
      <w:tr>
        <w:trPr>
          <w:trHeight w:val="510"/>
        </w:trPr>
        <w:tc>
          <w:tcPr>
            <w:tcW w:type="dxa" w:w="567"/>
          </w:tcPr>
          <w:p>
            <w:pPr>
              <w:spacing w:before="20" w:after="20"/>
              <w:jc w:val="center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  <w:t>11</w:t>
            </w:r>
          </w:p>
        </w:tc>
        <w:tc>
          <w:tcPr>
            <w:tcW w:type="dxa" w:w="1247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835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268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268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835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3118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</w:tr>
      <w:tr>
        <w:trPr>
          <w:trHeight w:val="510"/>
        </w:trPr>
        <w:tc>
          <w:tcPr>
            <w:tcW w:type="dxa" w:w="567"/>
          </w:tcPr>
          <w:p>
            <w:pPr>
              <w:spacing w:before="20" w:after="20"/>
              <w:jc w:val="center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  <w:t>12</w:t>
            </w:r>
          </w:p>
        </w:tc>
        <w:tc>
          <w:tcPr>
            <w:tcW w:type="dxa" w:w="1247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835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268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268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835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3118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</w:tr>
      <w:tr>
        <w:trPr>
          <w:trHeight w:val="510"/>
        </w:trPr>
        <w:tc>
          <w:tcPr>
            <w:tcW w:type="dxa" w:w="567"/>
          </w:tcPr>
          <w:p>
            <w:pPr>
              <w:spacing w:before="20" w:after="20"/>
              <w:jc w:val="center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  <w:t>13</w:t>
            </w:r>
          </w:p>
        </w:tc>
        <w:tc>
          <w:tcPr>
            <w:tcW w:type="dxa" w:w="1247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835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268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268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835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3118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</w:tr>
      <w:tr>
        <w:trPr>
          <w:trHeight w:val="510"/>
        </w:trPr>
        <w:tc>
          <w:tcPr>
            <w:tcW w:type="dxa" w:w="567"/>
          </w:tcPr>
          <w:p>
            <w:pPr>
              <w:spacing w:before="20" w:after="20"/>
              <w:jc w:val="center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  <w:t>14</w:t>
            </w:r>
          </w:p>
        </w:tc>
        <w:tc>
          <w:tcPr>
            <w:tcW w:type="dxa" w:w="1247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835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268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268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835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3118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</w:tr>
      <w:tr>
        <w:trPr>
          <w:trHeight w:val="510"/>
        </w:trPr>
        <w:tc>
          <w:tcPr>
            <w:tcW w:type="dxa" w:w="567"/>
          </w:tcPr>
          <w:p>
            <w:pPr>
              <w:spacing w:before="20" w:after="20"/>
              <w:jc w:val="center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  <w:t>15</w:t>
            </w:r>
          </w:p>
        </w:tc>
        <w:tc>
          <w:tcPr>
            <w:tcW w:type="dxa" w:w="1247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835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268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268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835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3118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</w:tr>
    </w:tbl>
    <w:p>
      <w:r>
        <w:br w:type="page"/>
      </w:r>
    </w:p>
    <w:p>
      <w:pPr>
        <w:spacing w:before="0" w:after="40"/>
        <w:jc w:val="left"/>
      </w:pPr>
      <w:r>
        <w:rPr>
          <w:rFonts w:ascii="Arial" w:hAnsi="Arial" w:eastAsia="Arial"/>
          <w:b/>
          <w:color w:val="000000"/>
          <w:sz w:val="26"/>
        </w:rPr>
        <w:t>Раздел 7. Пожарная сигнализация, оповещение, противодымная вентиляция, установки пожаротушения</w:t>
      </w:r>
    </w:p>
    <w:p>
      <w:pPr>
        <w:spacing w:before="0" w:after="120"/>
        <w:jc w:val="left"/>
      </w:pPr>
      <w:r>
        <w:rPr>
          <w:rFonts w:ascii="Arial" w:hAnsi="Arial" w:eastAsia="Arial"/>
          <w:b w:val="0"/>
          <w:color w:val="555555"/>
          <w:sz w:val="19"/>
        </w:rPr>
        <w:t>п. 54 ППР № 1479, все работы с системами; ежегодные испытания систем, отработавших срок службы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163"/>
        <w:gridCol w:w="2163"/>
        <w:gridCol w:w="2163"/>
        <w:gridCol w:w="2163"/>
        <w:gridCol w:w="2163"/>
        <w:gridCol w:w="2163"/>
        <w:gridCol w:w="2163"/>
      </w:tblGrid>
      <w:tr>
        <w:tc>
          <w:tcPr>
            <w:tcW w:type="dxa" w:w="567"/>
            <w:shd w:val="clear" w:color="auto" w:fill="EDEDED"/>
          </w:tcPr>
          <w:p>
            <w:pPr>
              <w:spacing w:before="20" w:after="20"/>
              <w:jc w:val="center"/>
            </w:pPr>
            <w:r>
              <w:rPr>
                <w:rFonts w:ascii="Arial" w:hAnsi="Arial" w:eastAsia="Arial"/>
                <w:b/>
                <w:color w:val="000000"/>
                <w:sz w:val="17"/>
              </w:rPr>
              <w:t>№</w:t>
            </w:r>
          </w:p>
        </w:tc>
        <w:tc>
          <w:tcPr>
            <w:tcW w:type="dxa" w:w="1247"/>
            <w:shd w:val="clear" w:color="auto" w:fill="EDEDED"/>
          </w:tcPr>
          <w:p>
            <w:pPr>
              <w:spacing w:before="20" w:after="20"/>
              <w:jc w:val="center"/>
            </w:pPr>
            <w:r>
              <w:rPr>
                <w:rFonts w:ascii="Arial" w:hAnsi="Arial" w:eastAsia="Arial"/>
                <w:b/>
                <w:color w:val="000000"/>
                <w:sz w:val="17"/>
              </w:rPr>
              <w:t>Дата</w:t>
            </w:r>
          </w:p>
        </w:tc>
        <w:tc>
          <w:tcPr>
            <w:tcW w:type="dxa" w:w="2835"/>
            <w:shd w:val="clear" w:color="auto" w:fill="EDEDED"/>
          </w:tcPr>
          <w:p>
            <w:pPr>
              <w:spacing w:before="20" w:after="20"/>
              <w:jc w:val="center"/>
            </w:pPr>
            <w:r>
              <w:rPr>
                <w:rFonts w:ascii="Arial" w:hAnsi="Arial" w:eastAsia="Arial"/>
                <w:b/>
                <w:color w:val="000000"/>
                <w:sz w:val="17"/>
              </w:rPr>
              <w:t>Система или объект</w:t>
            </w:r>
          </w:p>
        </w:tc>
        <w:tc>
          <w:tcPr>
            <w:tcW w:type="dxa" w:w="2268"/>
            <w:shd w:val="clear" w:color="auto" w:fill="EDEDED"/>
          </w:tcPr>
          <w:p>
            <w:pPr>
              <w:spacing w:before="20" w:after="20"/>
              <w:jc w:val="center"/>
            </w:pPr>
            <w:r>
              <w:rPr>
                <w:rFonts w:ascii="Arial" w:hAnsi="Arial" w:eastAsia="Arial"/>
                <w:b/>
                <w:color w:val="000000"/>
                <w:sz w:val="17"/>
              </w:rPr>
              <w:t>Вид работы</w:t>
            </w:r>
          </w:p>
        </w:tc>
        <w:tc>
          <w:tcPr>
            <w:tcW w:type="dxa" w:w="2268"/>
            <w:shd w:val="clear" w:color="auto" w:fill="EDEDED"/>
          </w:tcPr>
          <w:p>
            <w:pPr>
              <w:spacing w:before="20" w:after="20"/>
              <w:jc w:val="center"/>
            </w:pPr>
            <w:r>
              <w:rPr>
                <w:rFonts w:ascii="Arial" w:hAnsi="Arial" w:eastAsia="Arial"/>
                <w:b/>
                <w:color w:val="000000"/>
                <w:sz w:val="17"/>
              </w:rPr>
              <w:t>Результат</w:t>
            </w:r>
          </w:p>
        </w:tc>
        <w:tc>
          <w:tcPr>
            <w:tcW w:type="dxa" w:w="2835"/>
            <w:shd w:val="clear" w:color="auto" w:fill="EDEDED"/>
          </w:tcPr>
          <w:p>
            <w:pPr>
              <w:spacing w:before="20" w:after="20"/>
              <w:jc w:val="center"/>
            </w:pPr>
            <w:r>
              <w:rPr>
                <w:rFonts w:ascii="Arial" w:hAnsi="Arial" w:eastAsia="Arial"/>
                <w:b/>
                <w:color w:val="000000"/>
                <w:sz w:val="17"/>
              </w:rPr>
              <w:t>Документ и исполнитель</w:t>
            </w:r>
          </w:p>
        </w:tc>
        <w:tc>
          <w:tcPr>
            <w:tcW w:type="dxa" w:w="3118"/>
            <w:shd w:val="clear" w:color="auto" w:fill="EDEDED"/>
          </w:tcPr>
          <w:p>
            <w:pPr>
              <w:spacing w:before="20" w:after="20"/>
              <w:jc w:val="center"/>
            </w:pPr>
            <w:r>
              <w:rPr>
                <w:rFonts w:ascii="Arial" w:hAnsi="Arial" w:eastAsia="Arial"/>
                <w:b/>
                <w:color w:val="000000"/>
                <w:sz w:val="17"/>
              </w:rPr>
              <w:t>Должность, Ф. И. О., подпись</w:t>
            </w:r>
          </w:p>
        </w:tc>
      </w:tr>
      <w:tr>
        <w:trPr>
          <w:trHeight w:val="510"/>
        </w:trPr>
        <w:tc>
          <w:tcPr>
            <w:tcW w:type="dxa" w:w="567"/>
          </w:tcPr>
          <w:p>
            <w:pPr>
              <w:spacing w:before="20" w:after="20"/>
              <w:jc w:val="center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  <w:t>1</w:t>
            </w:r>
          </w:p>
        </w:tc>
        <w:tc>
          <w:tcPr>
            <w:tcW w:type="dxa" w:w="1247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  <w:t>03.10.2026</w:t>
            </w:r>
          </w:p>
        </w:tc>
        <w:tc>
          <w:tcPr>
            <w:tcW w:type="dxa" w:w="2835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  <w:t>Пожарная сигнализация</w:t>
            </w:r>
          </w:p>
        </w:tc>
        <w:tc>
          <w:tcPr>
            <w:tcW w:type="dxa" w:w="2268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  <w:t>Ежемесячное техническое обслуживание по договору</w:t>
            </w:r>
          </w:p>
        </w:tc>
        <w:tc>
          <w:tcPr>
            <w:tcW w:type="dxa" w:w="2268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  <w:t>Исправна</w:t>
            </w:r>
          </w:p>
        </w:tc>
        <w:tc>
          <w:tcPr>
            <w:tcW w:type="dxa" w:w="2835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  <w:t>Акт № 10-26 обслуживающей организации</w:t>
            </w:r>
          </w:p>
        </w:tc>
        <w:tc>
          <w:tcPr>
            <w:tcW w:type="dxa" w:w="3118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  <w:t>Инженер Сидоров С. С.</w:t>
            </w:r>
          </w:p>
        </w:tc>
      </w:tr>
      <w:tr>
        <w:trPr>
          <w:trHeight w:val="510"/>
        </w:trPr>
        <w:tc>
          <w:tcPr>
            <w:tcW w:type="dxa" w:w="567"/>
          </w:tcPr>
          <w:p>
            <w:pPr>
              <w:spacing w:before="20" w:after="20"/>
              <w:jc w:val="center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  <w:t>2</w:t>
            </w:r>
          </w:p>
        </w:tc>
        <w:tc>
          <w:tcPr>
            <w:tcW w:type="dxa" w:w="1247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835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268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268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835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3118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</w:tr>
      <w:tr>
        <w:trPr>
          <w:trHeight w:val="510"/>
        </w:trPr>
        <w:tc>
          <w:tcPr>
            <w:tcW w:type="dxa" w:w="567"/>
          </w:tcPr>
          <w:p>
            <w:pPr>
              <w:spacing w:before="20" w:after="20"/>
              <w:jc w:val="center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  <w:t>3</w:t>
            </w:r>
          </w:p>
        </w:tc>
        <w:tc>
          <w:tcPr>
            <w:tcW w:type="dxa" w:w="1247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835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268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268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835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3118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</w:tr>
      <w:tr>
        <w:trPr>
          <w:trHeight w:val="510"/>
        </w:trPr>
        <w:tc>
          <w:tcPr>
            <w:tcW w:type="dxa" w:w="567"/>
          </w:tcPr>
          <w:p>
            <w:pPr>
              <w:spacing w:before="20" w:after="20"/>
              <w:jc w:val="center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1247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835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268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268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835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3118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</w:tr>
      <w:tr>
        <w:trPr>
          <w:trHeight w:val="510"/>
        </w:trPr>
        <w:tc>
          <w:tcPr>
            <w:tcW w:type="dxa" w:w="567"/>
          </w:tcPr>
          <w:p>
            <w:pPr>
              <w:spacing w:before="20" w:after="20"/>
              <w:jc w:val="center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  <w:t>5</w:t>
            </w:r>
          </w:p>
        </w:tc>
        <w:tc>
          <w:tcPr>
            <w:tcW w:type="dxa" w:w="1247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835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268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268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835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3118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</w:tr>
      <w:tr>
        <w:trPr>
          <w:trHeight w:val="510"/>
        </w:trPr>
        <w:tc>
          <w:tcPr>
            <w:tcW w:type="dxa" w:w="567"/>
          </w:tcPr>
          <w:p>
            <w:pPr>
              <w:spacing w:before="20" w:after="20"/>
              <w:jc w:val="center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  <w:t>6</w:t>
            </w:r>
          </w:p>
        </w:tc>
        <w:tc>
          <w:tcPr>
            <w:tcW w:type="dxa" w:w="1247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835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268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268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835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3118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</w:tr>
      <w:tr>
        <w:trPr>
          <w:trHeight w:val="510"/>
        </w:trPr>
        <w:tc>
          <w:tcPr>
            <w:tcW w:type="dxa" w:w="567"/>
          </w:tcPr>
          <w:p>
            <w:pPr>
              <w:spacing w:before="20" w:after="20"/>
              <w:jc w:val="center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  <w:t>7</w:t>
            </w:r>
          </w:p>
        </w:tc>
        <w:tc>
          <w:tcPr>
            <w:tcW w:type="dxa" w:w="1247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835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268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268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835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3118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</w:tr>
      <w:tr>
        <w:trPr>
          <w:trHeight w:val="510"/>
        </w:trPr>
        <w:tc>
          <w:tcPr>
            <w:tcW w:type="dxa" w:w="567"/>
          </w:tcPr>
          <w:p>
            <w:pPr>
              <w:spacing w:before="20" w:after="20"/>
              <w:jc w:val="center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  <w:t>8</w:t>
            </w:r>
          </w:p>
        </w:tc>
        <w:tc>
          <w:tcPr>
            <w:tcW w:type="dxa" w:w="1247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835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268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268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835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3118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</w:tr>
      <w:tr>
        <w:trPr>
          <w:trHeight w:val="510"/>
        </w:trPr>
        <w:tc>
          <w:tcPr>
            <w:tcW w:type="dxa" w:w="567"/>
          </w:tcPr>
          <w:p>
            <w:pPr>
              <w:spacing w:before="20" w:after="20"/>
              <w:jc w:val="center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  <w:t>9</w:t>
            </w:r>
          </w:p>
        </w:tc>
        <w:tc>
          <w:tcPr>
            <w:tcW w:type="dxa" w:w="1247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835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268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268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835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3118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</w:tr>
      <w:tr>
        <w:trPr>
          <w:trHeight w:val="510"/>
        </w:trPr>
        <w:tc>
          <w:tcPr>
            <w:tcW w:type="dxa" w:w="567"/>
          </w:tcPr>
          <w:p>
            <w:pPr>
              <w:spacing w:before="20" w:after="20"/>
              <w:jc w:val="center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  <w:t>10</w:t>
            </w:r>
          </w:p>
        </w:tc>
        <w:tc>
          <w:tcPr>
            <w:tcW w:type="dxa" w:w="1247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835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268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268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835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3118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</w:tr>
      <w:tr>
        <w:trPr>
          <w:trHeight w:val="510"/>
        </w:trPr>
        <w:tc>
          <w:tcPr>
            <w:tcW w:type="dxa" w:w="567"/>
          </w:tcPr>
          <w:p>
            <w:pPr>
              <w:spacing w:before="20" w:after="20"/>
              <w:jc w:val="center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  <w:t>11</w:t>
            </w:r>
          </w:p>
        </w:tc>
        <w:tc>
          <w:tcPr>
            <w:tcW w:type="dxa" w:w="1247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835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268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268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835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3118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</w:tr>
      <w:tr>
        <w:trPr>
          <w:trHeight w:val="510"/>
        </w:trPr>
        <w:tc>
          <w:tcPr>
            <w:tcW w:type="dxa" w:w="567"/>
          </w:tcPr>
          <w:p>
            <w:pPr>
              <w:spacing w:before="20" w:after="20"/>
              <w:jc w:val="center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  <w:t>12</w:t>
            </w:r>
          </w:p>
        </w:tc>
        <w:tc>
          <w:tcPr>
            <w:tcW w:type="dxa" w:w="1247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835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268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268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835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3118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</w:tr>
      <w:tr>
        <w:trPr>
          <w:trHeight w:val="510"/>
        </w:trPr>
        <w:tc>
          <w:tcPr>
            <w:tcW w:type="dxa" w:w="567"/>
          </w:tcPr>
          <w:p>
            <w:pPr>
              <w:spacing w:before="20" w:after="20"/>
              <w:jc w:val="center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  <w:t>13</w:t>
            </w:r>
          </w:p>
        </w:tc>
        <w:tc>
          <w:tcPr>
            <w:tcW w:type="dxa" w:w="1247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835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268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268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835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3118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</w:tr>
      <w:tr>
        <w:trPr>
          <w:trHeight w:val="510"/>
        </w:trPr>
        <w:tc>
          <w:tcPr>
            <w:tcW w:type="dxa" w:w="567"/>
          </w:tcPr>
          <w:p>
            <w:pPr>
              <w:spacing w:before="20" w:after="20"/>
              <w:jc w:val="center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  <w:t>14</w:t>
            </w:r>
          </w:p>
        </w:tc>
        <w:tc>
          <w:tcPr>
            <w:tcW w:type="dxa" w:w="1247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835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268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268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835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3118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</w:tr>
      <w:tr>
        <w:trPr>
          <w:trHeight w:val="510"/>
        </w:trPr>
        <w:tc>
          <w:tcPr>
            <w:tcW w:type="dxa" w:w="567"/>
          </w:tcPr>
          <w:p>
            <w:pPr>
              <w:spacing w:before="20" w:after="20"/>
              <w:jc w:val="center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  <w:t>15</w:t>
            </w:r>
          </w:p>
        </w:tc>
        <w:tc>
          <w:tcPr>
            <w:tcW w:type="dxa" w:w="1247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835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268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268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835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3118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</w:tr>
    </w:tbl>
    <w:p>
      <w:r>
        <w:br w:type="page"/>
      </w:r>
    </w:p>
    <w:p>
      <w:pPr>
        <w:spacing w:before="0" w:after="40"/>
        <w:jc w:val="left"/>
      </w:pPr>
      <w:r>
        <w:rPr>
          <w:rFonts w:ascii="Arial" w:hAnsi="Arial" w:eastAsia="Arial"/>
          <w:b/>
          <w:color w:val="000000"/>
          <w:sz w:val="26"/>
        </w:rPr>
        <w:t>Раздел 8. Огнетушители: наличие, осмотры, сроки перезарядки</w:t>
      </w:r>
    </w:p>
    <w:p>
      <w:pPr>
        <w:spacing w:before="0" w:after="120"/>
        <w:jc w:val="left"/>
      </w:pPr>
      <w:r>
        <w:rPr>
          <w:rFonts w:ascii="Arial" w:hAnsi="Arial" w:eastAsia="Arial"/>
          <w:b w:val="0"/>
          <w:color w:val="555555"/>
          <w:sz w:val="19"/>
        </w:rPr>
        <w:t>п. 60 ППР № 1479, сроки перезарядки по паспорту огнетушителя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163"/>
        <w:gridCol w:w="2163"/>
        <w:gridCol w:w="2163"/>
        <w:gridCol w:w="2163"/>
        <w:gridCol w:w="2163"/>
        <w:gridCol w:w="2163"/>
        <w:gridCol w:w="2163"/>
      </w:tblGrid>
      <w:tr>
        <w:tc>
          <w:tcPr>
            <w:tcW w:type="dxa" w:w="567"/>
            <w:shd w:val="clear" w:color="auto" w:fill="EDEDED"/>
          </w:tcPr>
          <w:p>
            <w:pPr>
              <w:spacing w:before="20" w:after="20"/>
              <w:jc w:val="center"/>
            </w:pPr>
            <w:r>
              <w:rPr>
                <w:rFonts w:ascii="Arial" w:hAnsi="Arial" w:eastAsia="Arial"/>
                <w:b/>
                <w:color w:val="000000"/>
                <w:sz w:val="17"/>
              </w:rPr>
              <w:t>№</w:t>
            </w:r>
          </w:p>
        </w:tc>
        <w:tc>
          <w:tcPr>
            <w:tcW w:type="dxa" w:w="1247"/>
            <w:shd w:val="clear" w:color="auto" w:fill="EDEDED"/>
          </w:tcPr>
          <w:p>
            <w:pPr>
              <w:spacing w:before="20" w:after="20"/>
              <w:jc w:val="center"/>
            </w:pPr>
            <w:r>
              <w:rPr>
                <w:rFonts w:ascii="Arial" w:hAnsi="Arial" w:eastAsia="Arial"/>
                <w:b/>
                <w:color w:val="000000"/>
                <w:sz w:val="17"/>
              </w:rPr>
              <w:t>Дата</w:t>
            </w:r>
          </w:p>
        </w:tc>
        <w:tc>
          <w:tcPr>
            <w:tcW w:type="dxa" w:w="2835"/>
            <w:shd w:val="clear" w:color="auto" w:fill="EDEDED"/>
          </w:tcPr>
          <w:p>
            <w:pPr>
              <w:spacing w:before="20" w:after="20"/>
              <w:jc w:val="center"/>
            </w:pPr>
            <w:r>
              <w:rPr>
                <w:rFonts w:ascii="Arial" w:hAnsi="Arial" w:eastAsia="Arial"/>
                <w:b/>
                <w:color w:val="000000"/>
                <w:sz w:val="17"/>
              </w:rPr>
              <w:t>Система или объект</w:t>
            </w:r>
          </w:p>
        </w:tc>
        <w:tc>
          <w:tcPr>
            <w:tcW w:type="dxa" w:w="2268"/>
            <w:shd w:val="clear" w:color="auto" w:fill="EDEDED"/>
          </w:tcPr>
          <w:p>
            <w:pPr>
              <w:spacing w:before="20" w:after="20"/>
              <w:jc w:val="center"/>
            </w:pPr>
            <w:r>
              <w:rPr>
                <w:rFonts w:ascii="Arial" w:hAnsi="Arial" w:eastAsia="Arial"/>
                <w:b/>
                <w:color w:val="000000"/>
                <w:sz w:val="17"/>
              </w:rPr>
              <w:t>Вид работы</w:t>
            </w:r>
          </w:p>
        </w:tc>
        <w:tc>
          <w:tcPr>
            <w:tcW w:type="dxa" w:w="2268"/>
            <w:shd w:val="clear" w:color="auto" w:fill="EDEDED"/>
          </w:tcPr>
          <w:p>
            <w:pPr>
              <w:spacing w:before="20" w:after="20"/>
              <w:jc w:val="center"/>
            </w:pPr>
            <w:r>
              <w:rPr>
                <w:rFonts w:ascii="Arial" w:hAnsi="Arial" w:eastAsia="Arial"/>
                <w:b/>
                <w:color w:val="000000"/>
                <w:sz w:val="17"/>
              </w:rPr>
              <w:t>Результат</w:t>
            </w:r>
          </w:p>
        </w:tc>
        <w:tc>
          <w:tcPr>
            <w:tcW w:type="dxa" w:w="2835"/>
            <w:shd w:val="clear" w:color="auto" w:fill="EDEDED"/>
          </w:tcPr>
          <w:p>
            <w:pPr>
              <w:spacing w:before="20" w:after="20"/>
              <w:jc w:val="center"/>
            </w:pPr>
            <w:r>
              <w:rPr>
                <w:rFonts w:ascii="Arial" w:hAnsi="Arial" w:eastAsia="Arial"/>
                <w:b/>
                <w:color w:val="000000"/>
                <w:sz w:val="17"/>
              </w:rPr>
              <w:t>Документ и исполнитель</w:t>
            </w:r>
          </w:p>
        </w:tc>
        <w:tc>
          <w:tcPr>
            <w:tcW w:type="dxa" w:w="3118"/>
            <w:shd w:val="clear" w:color="auto" w:fill="EDEDED"/>
          </w:tcPr>
          <w:p>
            <w:pPr>
              <w:spacing w:before="20" w:after="20"/>
              <w:jc w:val="center"/>
            </w:pPr>
            <w:r>
              <w:rPr>
                <w:rFonts w:ascii="Arial" w:hAnsi="Arial" w:eastAsia="Arial"/>
                <w:b/>
                <w:color w:val="000000"/>
                <w:sz w:val="17"/>
              </w:rPr>
              <w:t>Должность, Ф. И. О., подпись</w:t>
            </w:r>
          </w:p>
        </w:tc>
      </w:tr>
      <w:tr>
        <w:trPr>
          <w:trHeight w:val="510"/>
        </w:trPr>
        <w:tc>
          <w:tcPr>
            <w:tcW w:type="dxa" w:w="567"/>
          </w:tcPr>
          <w:p>
            <w:pPr>
              <w:spacing w:before="20" w:after="20"/>
              <w:jc w:val="center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  <w:t>1</w:t>
            </w:r>
          </w:p>
        </w:tc>
        <w:tc>
          <w:tcPr>
            <w:tcW w:type="dxa" w:w="1247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  <w:t>05.10.2026</w:t>
            </w:r>
          </w:p>
        </w:tc>
        <w:tc>
          <w:tcPr>
            <w:tcW w:type="dxa" w:w="2835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  <w:t>Огнетушитель ОП-4 № 7, вход на склад</w:t>
            </w:r>
          </w:p>
        </w:tc>
        <w:tc>
          <w:tcPr>
            <w:tcW w:type="dxa" w:w="2268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  <w:t>Осмотр</w:t>
            </w:r>
          </w:p>
        </w:tc>
        <w:tc>
          <w:tcPr>
            <w:tcW w:type="dxa" w:w="2268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  <w:t>Замечаний нет</w:t>
            </w:r>
          </w:p>
        </w:tc>
        <w:tc>
          <w:tcPr>
            <w:tcW w:type="dxa" w:w="2835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  <w:t>Документа нет</w:t>
            </w:r>
          </w:p>
        </w:tc>
        <w:tc>
          <w:tcPr>
            <w:tcW w:type="dxa" w:w="3118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  <w:t>Кладовщик Петров П. П.</w:t>
            </w:r>
          </w:p>
        </w:tc>
      </w:tr>
      <w:tr>
        <w:trPr>
          <w:trHeight w:val="510"/>
        </w:trPr>
        <w:tc>
          <w:tcPr>
            <w:tcW w:type="dxa" w:w="567"/>
          </w:tcPr>
          <w:p>
            <w:pPr>
              <w:spacing w:before="20" w:after="20"/>
              <w:jc w:val="center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  <w:t>2</w:t>
            </w:r>
          </w:p>
        </w:tc>
        <w:tc>
          <w:tcPr>
            <w:tcW w:type="dxa" w:w="1247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835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268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268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835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3118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</w:tr>
      <w:tr>
        <w:trPr>
          <w:trHeight w:val="510"/>
        </w:trPr>
        <w:tc>
          <w:tcPr>
            <w:tcW w:type="dxa" w:w="567"/>
          </w:tcPr>
          <w:p>
            <w:pPr>
              <w:spacing w:before="20" w:after="20"/>
              <w:jc w:val="center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  <w:t>3</w:t>
            </w:r>
          </w:p>
        </w:tc>
        <w:tc>
          <w:tcPr>
            <w:tcW w:type="dxa" w:w="1247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835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268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268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835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3118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</w:tr>
      <w:tr>
        <w:trPr>
          <w:trHeight w:val="510"/>
        </w:trPr>
        <w:tc>
          <w:tcPr>
            <w:tcW w:type="dxa" w:w="567"/>
          </w:tcPr>
          <w:p>
            <w:pPr>
              <w:spacing w:before="20" w:after="20"/>
              <w:jc w:val="center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1247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835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268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268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835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3118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</w:tr>
      <w:tr>
        <w:trPr>
          <w:trHeight w:val="510"/>
        </w:trPr>
        <w:tc>
          <w:tcPr>
            <w:tcW w:type="dxa" w:w="567"/>
          </w:tcPr>
          <w:p>
            <w:pPr>
              <w:spacing w:before="20" w:after="20"/>
              <w:jc w:val="center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  <w:t>5</w:t>
            </w:r>
          </w:p>
        </w:tc>
        <w:tc>
          <w:tcPr>
            <w:tcW w:type="dxa" w:w="1247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835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268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268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835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3118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</w:tr>
      <w:tr>
        <w:trPr>
          <w:trHeight w:val="510"/>
        </w:trPr>
        <w:tc>
          <w:tcPr>
            <w:tcW w:type="dxa" w:w="567"/>
          </w:tcPr>
          <w:p>
            <w:pPr>
              <w:spacing w:before="20" w:after="20"/>
              <w:jc w:val="center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  <w:t>6</w:t>
            </w:r>
          </w:p>
        </w:tc>
        <w:tc>
          <w:tcPr>
            <w:tcW w:type="dxa" w:w="1247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835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268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268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835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3118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</w:tr>
      <w:tr>
        <w:trPr>
          <w:trHeight w:val="510"/>
        </w:trPr>
        <w:tc>
          <w:tcPr>
            <w:tcW w:type="dxa" w:w="567"/>
          </w:tcPr>
          <w:p>
            <w:pPr>
              <w:spacing w:before="20" w:after="20"/>
              <w:jc w:val="center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  <w:t>7</w:t>
            </w:r>
          </w:p>
        </w:tc>
        <w:tc>
          <w:tcPr>
            <w:tcW w:type="dxa" w:w="1247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835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268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268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835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3118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</w:tr>
      <w:tr>
        <w:trPr>
          <w:trHeight w:val="510"/>
        </w:trPr>
        <w:tc>
          <w:tcPr>
            <w:tcW w:type="dxa" w:w="567"/>
          </w:tcPr>
          <w:p>
            <w:pPr>
              <w:spacing w:before="20" w:after="20"/>
              <w:jc w:val="center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  <w:t>8</w:t>
            </w:r>
          </w:p>
        </w:tc>
        <w:tc>
          <w:tcPr>
            <w:tcW w:type="dxa" w:w="1247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835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268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268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835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3118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</w:tr>
      <w:tr>
        <w:trPr>
          <w:trHeight w:val="510"/>
        </w:trPr>
        <w:tc>
          <w:tcPr>
            <w:tcW w:type="dxa" w:w="567"/>
          </w:tcPr>
          <w:p>
            <w:pPr>
              <w:spacing w:before="20" w:after="20"/>
              <w:jc w:val="center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  <w:t>9</w:t>
            </w:r>
          </w:p>
        </w:tc>
        <w:tc>
          <w:tcPr>
            <w:tcW w:type="dxa" w:w="1247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835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268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268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835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3118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</w:tr>
      <w:tr>
        <w:trPr>
          <w:trHeight w:val="510"/>
        </w:trPr>
        <w:tc>
          <w:tcPr>
            <w:tcW w:type="dxa" w:w="567"/>
          </w:tcPr>
          <w:p>
            <w:pPr>
              <w:spacing w:before="20" w:after="20"/>
              <w:jc w:val="center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  <w:t>10</w:t>
            </w:r>
          </w:p>
        </w:tc>
        <w:tc>
          <w:tcPr>
            <w:tcW w:type="dxa" w:w="1247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835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268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268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835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3118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</w:tr>
      <w:tr>
        <w:trPr>
          <w:trHeight w:val="510"/>
        </w:trPr>
        <w:tc>
          <w:tcPr>
            <w:tcW w:type="dxa" w:w="567"/>
          </w:tcPr>
          <w:p>
            <w:pPr>
              <w:spacing w:before="20" w:after="20"/>
              <w:jc w:val="center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  <w:t>11</w:t>
            </w:r>
          </w:p>
        </w:tc>
        <w:tc>
          <w:tcPr>
            <w:tcW w:type="dxa" w:w="1247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835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268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268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835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3118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</w:tr>
      <w:tr>
        <w:trPr>
          <w:trHeight w:val="510"/>
        </w:trPr>
        <w:tc>
          <w:tcPr>
            <w:tcW w:type="dxa" w:w="567"/>
          </w:tcPr>
          <w:p>
            <w:pPr>
              <w:spacing w:before="20" w:after="20"/>
              <w:jc w:val="center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  <w:t>12</w:t>
            </w:r>
          </w:p>
        </w:tc>
        <w:tc>
          <w:tcPr>
            <w:tcW w:type="dxa" w:w="1247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835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268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268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835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3118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</w:tr>
      <w:tr>
        <w:trPr>
          <w:trHeight w:val="510"/>
        </w:trPr>
        <w:tc>
          <w:tcPr>
            <w:tcW w:type="dxa" w:w="567"/>
          </w:tcPr>
          <w:p>
            <w:pPr>
              <w:spacing w:before="20" w:after="20"/>
              <w:jc w:val="center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  <w:t>13</w:t>
            </w:r>
          </w:p>
        </w:tc>
        <w:tc>
          <w:tcPr>
            <w:tcW w:type="dxa" w:w="1247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835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268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268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835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3118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</w:tr>
      <w:tr>
        <w:trPr>
          <w:trHeight w:val="510"/>
        </w:trPr>
        <w:tc>
          <w:tcPr>
            <w:tcW w:type="dxa" w:w="567"/>
          </w:tcPr>
          <w:p>
            <w:pPr>
              <w:spacing w:before="20" w:after="20"/>
              <w:jc w:val="center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  <w:t>14</w:t>
            </w:r>
          </w:p>
        </w:tc>
        <w:tc>
          <w:tcPr>
            <w:tcW w:type="dxa" w:w="1247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835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268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268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835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3118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</w:tr>
      <w:tr>
        <w:trPr>
          <w:trHeight w:val="510"/>
        </w:trPr>
        <w:tc>
          <w:tcPr>
            <w:tcW w:type="dxa" w:w="567"/>
          </w:tcPr>
          <w:p>
            <w:pPr>
              <w:spacing w:before="20" w:after="20"/>
              <w:jc w:val="center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  <w:t>15</w:t>
            </w:r>
          </w:p>
        </w:tc>
        <w:tc>
          <w:tcPr>
            <w:tcW w:type="dxa" w:w="1247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835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268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268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835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3118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</w:tr>
    </w:tbl>
    <w:p>
      <w:r>
        <w:br w:type="page"/>
      </w:r>
    </w:p>
    <w:p>
      <w:pPr>
        <w:spacing w:before="0" w:after="40"/>
        <w:jc w:val="left"/>
      </w:pPr>
      <w:r>
        <w:rPr>
          <w:rFonts w:ascii="Arial" w:hAnsi="Arial" w:eastAsia="Arial"/>
          <w:b/>
          <w:color w:val="000000"/>
          <w:sz w:val="26"/>
        </w:rPr>
        <w:t>Раздел 9. Огнезащитная обработка сцены и декораций</w:t>
      </w:r>
    </w:p>
    <w:p>
      <w:pPr>
        <w:spacing w:before="0" w:after="120"/>
        <w:jc w:val="left"/>
      </w:pPr>
      <w:r>
        <w:rPr>
          <w:rFonts w:ascii="Arial" w:hAnsi="Arial" w:eastAsia="Arial"/>
          <w:b w:val="0"/>
          <w:color w:val="555555"/>
          <w:sz w:val="19"/>
        </w:rPr>
        <w:t>п. 95 ППР № 1479, с датой пропитки и сроком ее действия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163"/>
        <w:gridCol w:w="2163"/>
        <w:gridCol w:w="2163"/>
        <w:gridCol w:w="2163"/>
        <w:gridCol w:w="2163"/>
        <w:gridCol w:w="2163"/>
        <w:gridCol w:w="2163"/>
      </w:tblGrid>
      <w:tr>
        <w:tc>
          <w:tcPr>
            <w:tcW w:type="dxa" w:w="567"/>
            <w:shd w:val="clear" w:color="auto" w:fill="EDEDED"/>
          </w:tcPr>
          <w:p>
            <w:pPr>
              <w:spacing w:before="20" w:after="20"/>
              <w:jc w:val="center"/>
            </w:pPr>
            <w:r>
              <w:rPr>
                <w:rFonts w:ascii="Arial" w:hAnsi="Arial" w:eastAsia="Arial"/>
                <w:b/>
                <w:color w:val="000000"/>
                <w:sz w:val="17"/>
              </w:rPr>
              <w:t>№</w:t>
            </w:r>
          </w:p>
        </w:tc>
        <w:tc>
          <w:tcPr>
            <w:tcW w:type="dxa" w:w="1247"/>
            <w:shd w:val="clear" w:color="auto" w:fill="EDEDED"/>
          </w:tcPr>
          <w:p>
            <w:pPr>
              <w:spacing w:before="20" w:after="20"/>
              <w:jc w:val="center"/>
            </w:pPr>
            <w:r>
              <w:rPr>
                <w:rFonts w:ascii="Arial" w:hAnsi="Arial" w:eastAsia="Arial"/>
                <w:b/>
                <w:color w:val="000000"/>
                <w:sz w:val="17"/>
              </w:rPr>
              <w:t>Дата</w:t>
            </w:r>
          </w:p>
        </w:tc>
        <w:tc>
          <w:tcPr>
            <w:tcW w:type="dxa" w:w="2835"/>
            <w:shd w:val="clear" w:color="auto" w:fill="EDEDED"/>
          </w:tcPr>
          <w:p>
            <w:pPr>
              <w:spacing w:before="20" w:after="20"/>
              <w:jc w:val="center"/>
            </w:pPr>
            <w:r>
              <w:rPr>
                <w:rFonts w:ascii="Arial" w:hAnsi="Arial" w:eastAsia="Arial"/>
                <w:b/>
                <w:color w:val="000000"/>
                <w:sz w:val="17"/>
              </w:rPr>
              <w:t>Система или объект</w:t>
            </w:r>
          </w:p>
        </w:tc>
        <w:tc>
          <w:tcPr>
            <w:tcW w:type="dxa" w:w="2268"/>
            <w:shd w:val="clear" w:color="auto" w:fill="EDEDED"/>
          </w:tcPr>
          <w:p>
            <w:pPr>
              <w:spacing w:before="20" w:after="20"/>
              <w:jc w:val="center"/>
            </w:pPr>
            <w:r>
              <w:rPr>
                <w:rFonts w:ascii="Arial" w:hAnsi="Arial" w:eastAsia="Arial"/>
                <w:b/>
                <w:color w:val="000000"/>
                <w:sz w:val="17"/>
              </w:rPr>
              <w:t>Вид работы</w:t>
            </w:r>
          </w:p>
        </w:tc>
        <w:tc>
          <w:tcPr>
            <w:tcW w:type="dxa" w:w="2268"/>
            <w:shd w:val="clear" w:color="auto" w:fill="EDEDED"/>
          </w:tcPr>
          <w:p>
            <w:pPr>
              <w:spacing w:before="20" w:after="20"/>
              <w:jc w:val="center"/>
            </w:pPr>
            <w:r>
              <w:rPr>
                <w:rFonts w:ascii="Arial" w:hAnsi="Arial" w:eastAsia="Arial"/>
                <w:b/>
                <w:color w:val="000000"/>
                <w:sz w:val="17"/>
              </w:rPr>
              <w:t>Результат</w:t>
            </w:r>
          </w:p>
        </w:tc>
        <w:tc>
          <w:tcPr>
            <w:tcW w:type="dxa" w:w="2835"/>
            <w:shd w:val="clear" w:color="auto" w:fill="EDEDED"/>
          </w:tcPr>
          <w:p>
            <w:pPr>
              <w:spacing w:before="20" w:after="20"/>
              <w:jc w:val="center"/>
            </w:pPr>
            <w:r>
              <w:rPr>
                <w:rFonts w:ascii="Arial" w:hAnsi="Arial" w:eastAsia="Arial"/>
                <w:b/>
                <w:color w:val="000000"/>
                <w:sz w:val="17"/>
              </w:rPr>
              <w:t>Документ и исполнитель</w:t>
            </w:r>
          </w:p>
        </w:tc>
        <w:tc>
          <w:tcPr>
            <w:tcW w:type="dxa" w:w="3118"/>
            <w:shd w:val="clear" w:color="auto" w:fill="EDEDED"/>
          </w:tcPr>
          <w:p>
            <w:pPr>
              <w:spacing w:before="20" w:after="20"/>
              <w:jc w:val="center"/>
            </w:pPr>
            <w:r>
              <w:rPr>
                <w:rFonts w:ascii="Arial" w:hAnsi="Arial" w:eastAsia="Arial"/>
                <w:b/>
                <w:color w:val="000000"/>
                <w:sz w:val="17"/>
              </w:rPr>
              <w:t>Должность, Ф. И. О., подпись</w:t>
            </w:r>
          </w:p>
        </w:tc>
      </w:tr>
      <w:tr>
        <w:trPr>
          <w:trHeight w:val="510"/>
        </w:trPr>
        <w:tc>
          <w:tcPr>
            <w:tcW w:type="dxa" w:w="567"/>
          </w:tcPr>
          <w:p>
            <w:pPr>
              <w:spacing w:before="20" w:after="20"/>
              <w:jc w:val="center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  <w:t>1</w:t>
            </w:r>
          </w:p>
        </w:tc>
        <w:tc>
          <w:tcPr>
            <w:tcW w:type="dxa" w:w="1247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835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268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268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835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3118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</w:tr>
      <w:tr>
        <w:trPr>
          <w:trHeight w:val="510"/>
        </w:trPr>
        <w:tc>
          <w:tcPr>
            <w:tcW w:type="dxa" w:w="567"/>
          </w:tcPr>
          <w:p>
            <w:pPr>
              <w:spacing w:before="20" w:after="20"/>
              <w:jc w:val="center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  <w:t>2</w:t>
            </w:r>
          </w:p>
        </w:tc>
        <w:tc>
          <w:tcPr>
            <w:tcW w:type="dxa" w:w="1247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835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268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268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835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3118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</w:tr>
      <w:tr>
        <w:trPr>
          <w:trHeight w:val="510"/>
        </w:trPr>
        <w:tc>
          <w:tcPr>
            <w:tcW w:type="dxa" w:w="567"/>
          </w:tcPr>
          <w:p>
            <w:pPr>
              <w:spacing w:before="20" w:after="20"/>
              <w:jc w:val="center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  <w:t>3</w:t>
            </w:r>
          </w:p>
        </w:tc>
        <w:tc>
          <w:tcPr>
            <w:tcW w:type="dxa" w:w="1247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835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268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268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835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3118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</w:tr>
      <w:tr>
        <w:trPr>
          <w:trHeight w:val="510"/>
        </w:trPr>
        <w:tc>
          <w:tcPr>
            <w:tcW w:type="dxa" w:w="567"/>
          </w:tcPr>
          <w:p>
            <w:pPr>
              <w:spacing w:before="20" w:after="20"/>
              <w:jc w:val="center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1247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835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268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268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835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3118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</w:tr>
      <w:tr>
        <w:trPr>
          <w:trHeight w:val="510"/>
        </w:trPr>
        <w:tc>
          <w:tcPr>
            <w:tcW w:type="dxa" w:w="567"/>
          </w:tcPr>
          <w:p>
            <w:pPr>
              <w:spacing w:before="20" w:after="20"/>
              <w:jc w:val="center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  <w:t>5</w:t>
            </w:r>
          </w:p>
        </w:tc>
        <w:tc>
          <w:tcPr>
            <w:tcW w:type="dxa" w:w="1247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835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268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268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835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3118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</w:tr>
      <w:tr>
        <w:trPr>
          <w:trHeight w:val="510"/>
        </w:trPr>
        <w:tc>
          <w:tcPr>
            <w:tcW w:type="dxa" w:w="567"/>
          </w:tcPr>
          <w:p>
            <w:pPr>
              <w:spacing w:before="20" w:after="20"/>
              <w:jc w:val="center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  <w:t>6</w:t>
            </w:r>
          </w:p>
        </w:tc>
        <w:tc>
          <w:tcPr>
            <w:tcW w:type="dxa" w:w="1247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835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268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268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835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3118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</w:tr>
      <w:tr>
        <w:trPr>
          <w:trHeight w:val="510"/>
        </w:trPr>
        <w:tc>
          <w:tcPr>
            <w:tcW w:type="dxa" w:w="567"/>
          </w:tcPr>
          <w:p>
            <w:pPr>
              <w:spacing w:before="20" w:after="20"/>
              <w:jc w:val="center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  <w:t>7</w:t>
            </w:r>
          </w:p>
        </w:tc>
        <w:tc>
          <w:tcPr>
            <w:tcW w:type="dxa" w:w="1247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835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268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268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835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3118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</w:tr>
      <w:tr>
        <w:trPr>
          <w:trHeight w:val="510"/>
        </w:trPr>
        <w:tc>
          <w:tcPr>
            <w:tcW w:type="dxa" w:w="567"/>
          </w:tcPr>
          <w:p>
            <w:pPr>
              <w:spacing w:before="20" w:after="20"/>
              <w:jc w:val="center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  <w:t>8</w:t>
            </w:r>
          </w:p>
        </w:tc>
        <w:tc>
          <w:tcPr>
            <w:tcW w:type="dxa" w:w="1247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835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268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268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835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3118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</w:tr>
      <w:tr>
        <w:trPr>
          <w:trHeight w:val="510"/>
        </w:trPr>
        <w:tc>
          <w:tcPr>
            <w:tcW w:type="dxa" w:w="567"/>
          </w:tcPr>
          <w:p>
            <w:pPr>
              <w:spacing w:before="20" w:after="20"/>
              <w:jc w:val="center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  <w:t>9</w:t>
            </w:r>
          </w:p>
        </w:tc>
        <w:tc>
          <w:tcPr>
            <w:tcW w:type="dxa" w:w="1247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835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268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268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835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3118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</w:tr>
      <w:tr>
        <w:trPr>
          <w:trHeight w:val="510"/>
        </w:trPr>
        <w:tc>
          <w:tcPr>
            <w:tcW w:type="dxa" w:w="567"/>
          </w:tcPr>
          <w:p>
            <w:pPr>
              <w:spacing w:before="20" w:after="20"/>
              <w:jc w:val="center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  <w:t>10</w:t>
            </w:r>
          </w:p>
        </w:tc>
        <w:tc>
          <w:tcPr>
            <w:tcW w:type="dxa" w:w="1247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835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268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268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835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3118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</w:tr>
      <w:tr>
        <w:trPr>
          <w:trHeight w:val="510"/>
        </w:trPr>
        <w:tc>
          <w:tcPr>
            <w:tcW w:type="dxa" w:w="567"/>
          </w:tcPr>
          <w:p>
            <w:pPr>
              <w:spacing w:before="20" w:after="20"/>
              <w:jc w:val="center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  <w:t>11</w:t>
            </w:r>
          </w:p>
        </w:tc>
        <w:tc>
          <w:tcPr>
            <w:tcW w:type="dxa" w:w="1247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835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268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268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835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3118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</w:tr>
      <w:tr>
        <w:trPr>
          <w:trHeight w:val="510"/>
        </w:trPr>
        <w:tc>
          <w:tcPr>
            <w:tcW w:type="dxa" w:w="567"/>
          </w:tcPr>
          <w:p>
            <w:pPr>
              <w:spacing w:before="20" w:after="20"/>
              <w:jc w:val="center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  <w:t>12</w:t>
            </w:r>
          </w:p>
        </w:tc>
        <w:tc>
          <w:tcPr>
            <w:tcW w:type="dxa" w:w="1247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835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268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268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835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3118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</w:tr>
      <w:tr>
        <w:trPr>
          <w:trHeight w:val="510"/>
        </w:trPr>
        <w:tc>
          <w:tcPr>
            <w:tcW w:type="dxa" w:w="567"/>
          </w:tcPr>
          <w:p>
            <w:pPr>
              <w:spacing w:before="20" w:after="20"/>
              <w:jc w:val="center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  <w:t>13</w:t>
            </w:r>
          </w:p>
        </w:tc>
        <w:tc>
          <w:tcPr>
            <w:tcW w:type="dxa" w:w="1247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835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268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268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835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3118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</w:tr>
      <w:tr>
        <w:trPr>
          <w:trHeight w:val="510"/>
        </w:trPr>
        <w:tc>
          <w:tcPr>
            <w:tcW w:type="dxa" w:w="567"/>
          </w:tcPr>
          <w:p>
            <w:pPr>
              <w:spacing w:before="20" w:after="20"/>
              <w:jc w:val="center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  <w:t>14</w:t>
            </w:r>
          </w:p>
        </w:tc>
        <w:tc>
          <w:tcPr>
            <w:tcW w:type="dxa" w:w="1247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835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268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268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835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3118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</w:tr>
      <w:tr>
        <w:trPr>
          <w:trHeight w:val="510"/>
        </w:trPr>
        <w:tc>
          <w:tcPr>
            <w:tcW w:type="dxa" w:w="567"/>
          </w:tcPr>
          <w:p>
            <w:pPr>
              <w:spacing w:before="20" w:after="20"/>
              <w:jc w:val="center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  <w:t>15</w:t>
            </w:r>
          </w:p>
        </w:tc>
        <w:tc>
          <w:tcPr>
            <w:tcW w:type="dxa" w:w="1247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835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268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268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2835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  <w:tc>
          <w:tcPr>
            <w:tcW w:type="dxa" w:w="3118"/>
          </w:tcPr>
          <w:p>
            <w:pPr>
              <w:spacing w:before="20" w:after="20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</w:tr>
    </w:tbl>
    <w:sectPr w:rsidR="00FC693F" w:rsidRPr="0006063C" w:rsidSect="00034616">
      <w:pgSz w:w="16838" w:h="11906" w:orient="landscape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эксплуатации систем противопожарной защиты</dc:title>
  <dc:subject/>
  <dc:creator>qqkod.ru</dc:creator>
  <cp:keywords/>
  <dc:description>generated by python-docx</dc:description>
  <cp:lastModifiedBy/>
  <cp:revision>1</cp:revision>
  <dcterms:created xsi:type="dcterms:W3CDTF">2026-10-09T12:00:00Z</dcterms:created>
  <dcterms:modified xsi:type="dcterms:W3CDTF">2026-10-09T12:00:00Z</dcterms:modified>
  <cp:category/>
  <cp:lastPrinted>2026-10-09T12:00:00Z</cp:lastPrinted>
</cp:coreProperties>
</file>